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6B9C54" w14:textId="77777777" w:rsidR="00BD57E7" w:rsidRPr="00B3313F" w:rsidRDefault="00B3313F" w:rsidP="00B3313F">
      <w:pPr>
        <w:pStyle w:val="Titolo1"/>
        <w:jc w:val="both"/>
        <w:rPr>
          <w:rFonts w:ascii="Times New Roman" w:hAnsi="Times New Roman" w:cs="Times New Roman"/>
          <w:color w:val="auto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color w:val="auto"/>
          <w:sz w:val="20"/>
          <w:szCs w:val="20"/>
          <w:lang w:val="it-IT"/>
        </w:rPr>
        <w:t>ALLEGATO 5</w:t>
      </w:r>
    </w:p>
    <w:p w14:paraId="4E590773" w14:textId="77777777" w:rsidR="00BD57E7" w:rsidRPr="00B3313F" w:rsidRDefault="00B3313F" w:rsidP="00B3313F">
      <w:pPr>
        <w:jc w:val="right"/>
        <w:rPr>
          <w:rFonts w:ascii="Times New Roman" w:hAnsi="Times New Roman" w:cs="Times New Roman"/>
          <w:sz w:val="20"/>
          <w:szCs w:val="20"/>
          <w:lang w:val="it-IT"/>
        </w:rPr>
      </w:pPr>
      <w:r w:rsidRPr="00B3313F">
        <w:rPr>
          <w:rFonts w:ascii="Times New Roman" w:hAnsi="Times New Roman" w:cs="Times New Roman"/>
          <w:sz w:val="20"/>
          <w:szCs w:val="20"/>
          <w:lang w:val="it-IT"/>
        </w:rPr>
        <w:t>Al Dirigente Scolastico dell'I.I.S. BUNIVA</w:t>
      </w:r>
      <w:r w:rsidRPr="00B3313F">
        <w:rPr>
          <w:rFonts w:ascii="Times New Roman" w:hAnsi="Times New Roman" w:cs="Times New Roman"/>
          <w:sz w:val="20"/>
          <w:szCs w:val="20"/>
          <w:lang w:val="it-IT"/>
        </w:rPr>
        <w:br/>
        <w:t>Prof.ssa Patrizia Palagonia</w:t>
      </w:r>
      <w:r w:rsidRPr="00B3313F">
        <w:rPr>
          <w:rFonts w:ascii="Times New Roman" w:hAnsi="Times New Roman" w:cs="Times New Roman"/>
          <w:sz w:val="20"/>
          <w:szCs w:val="20"/>
          <w:lang w:val="it-IT"/>
        </w:rPr>
        <w:br/>
      </w:r>
    </w:p>
    <w:p w14:paraId="487FA4D0" w14:textId="77777777" w:rsidR="00BD57E7" w:rsidRPr="00B3313F" w:rsidRDefault="00B3313F" w:rsidP="00B3313F">
      <w:pPr>
        <w:jc w:val="both"/>
        <w:rPr>
          <w:rFonts w:ascii="Times New Roman" w:hAnsi="Times New Roman" w:cs="Times New Roman"/>
          <w:sz w:val="18"/>
          <w:szCs w:val="18"/>
          <w:lang w:val="it-IT"/>
        </w:rPr>
      </w:pPr>
      <w:r w:rsidRPr="00B3313F">
        <w:rPr>
          <w:rFonts w:ascii="Times New Roman" w:hAnsi="Times New Roman" w:cs="Times New Roman"/>
          <w:b/>
          <w:sz w:val="18"/>
          <w:szCs w:val="18"/>
          <w:lang w:val="it-IT"/>
        </w:rPr>
        <w:t xml:space="preserve">Oggetto: AVVISO DI SELEZIONE DI ESPERTI PER CORSI DI PREPARAZIONE CERTIFICAZIONI LINGUISTICHE CAMBRIDGE ENGLISH B1 PRELIMINARY FOR SCHOOLS - CAMBRIDGE ENGLISH B2 FIRST </w:t>
      </w:r>
      <w:r w:rsidRPr="00B3313F">
        <w:rPr>
          <w:rFonts w:ascii="Times New Roman" w:hAnsi="Times New Roman" w:cs="Times New Roman"/>
          <w:b/>
          <w:sz w:val="18"/>
          <w:szCs w:val="18"/>
          <w:lang w:val="it-IT"/>
        </w:rPr>
        <w:t>FOR SCHOOLS - CAMBRIDGE ENGLISH C1 ADVANCED - CORSI DI PREPARAZIONE ALL’OXFORD TEST OF ENGLISH A.S. 2026-2027</w:t>
      </w:r>
    </w:p>
    <w:p w14:paraId="63E297D3" w14:textId="77777777" w:rsidR="00BD57E7" w:rsidRPr="00B3313F" w:rsidRDefault="00B3313F" w:rsidP="00B3313F">
      <w:pPr>
        <w:jc w:val="both"/>
        <w:rPr>
          <w:rFonts w:ascii="Times New Roman" w:hAnsi="Times New Roman" w:cs="Times New Roman"/>
          <w:sz w:val="18"/>
          <w:szCs w:val="18"/>
          <w:lang w:val="it-IT"/>
        </w:rPr>
      </w:pPr>
      <w:r w:rsidRPr="00B3313F">
        <w:rPr>
          <w:rFonts w:ascii="Times New Roman" w:hAnsi="Times New Roman" w:cs="Times New Roman"/>
          <w:sz w:val="18"/>
          <w:szCs w:val="18"/>
          <w:lang w:val="it-IT"/>
        </w:rPr>
        <w:br/>
        <w:t xml:space="preserve">Il/la sottoscritto/a _______________________ nato/a </w:t>
      </w:r>
      <w:proofErr w:type="spellStart"/>
      <w:r w:rsidRPr="00B3313F">
        <w:rPr>
          <w:rFonts w:ascii="Times New Roman" w:hAnsi="Times New Roman" w:cs="Times New Roman"/>
          <w:sz w:val="18"/>
          <w:szCs w:val="18"/>
          <w:lang w:val="it-IT"/>
        </w:rPr>
        <w:t>a</w:t>
      </w:r>
      <w:proofErr w:type="spellEnd"/>
      <w:r w:rsidRPr="00B3313F">
        <w:rPr>
          <w:rFonts w:ascii="Times New Roman" w:hAnsi="Times New Roman" w:cs="Times New Roman"/>
          <w:sz w:val="18"/>
          <w:szCs w:val="18"/>
          <w:lang w:val="it-IT"/>
        </w:rPr>
        <w:t xml:space="preserve"> __________________ (_______) il _______________, C.F. _____________________ residente a ___</w:t>
      </w:r>
      <w:r w:rsidRPr="00B3313F">
        <w:rPr>
          <w:rFonts w:ascii="Times New Roman" w:hAnsi="Times New Roman" w:cs="Times New Roman"/>
          <w:sz w:val="18"/>
          <w:szCs w:val="18"/>
          <w:lang w:val="it-IT"/>
        </w:rPr>
        <w:t>_____________ (______) in __________________________, n. _____ tel. _____________________ mail _____________________</w:t>
      </w:r>
    </w:p>
    <w:p w14:paraId="06E778CF" w14:textId="77777777" w:rsidR="00BD57E7" w:rsidRPr="00B3313F" w:rsidRDefault="00B3313F" w:rsidP="00B3313F">
      <w:pPr>
        <w:jc w:val="both"/>
        <w:rPr>
          <w:rFonts w:ascii="Times New Roman" w:hAnsi="Times New Roman" w:cs="Times New Roman"/>
          <w:sz w:val="18"/>
          <w:szCs w:val="18"/>
          <w:lang w:val="it-IT"/>
        </w:rPr>
      </w:pPr>
      <w:r w:rsidRPr="00B3313F">
        <w:rPr>
          <w:rFonts w:ascii="Times New Roman" w:hAnsi="Times New Roman" w:cs="Times New Roman"/>
          <w:sz w:val="18"/>
          <w:szCs w:val="18"/>
          <w:lang w:val="it-IT"/>
        </w:rPr>
        <w:t>docente dell'istituto ______________________________________________ con sede nel Comune di _______________________</w:t>
      </w:r>
    </w:p>
    <w:p w14:paraId="79125A0A" w14:textId="77777777" w:rsidR="00BD57E7" w:rsidRPr="00B3313F" w:rsidRDefault="00B3313F" w:rsidP="00B3313F">
      <w:pPr>
        <w:jc w:val="both"/>
        <w:rPr>
          <w:rFonts w:ascii="Times New Roman" w:hAnsi="Times New Roman" w:cs="Times New Roman"/>
          <w:sz w:val="18"/>
          <w:szCs w:val="18"/>
          <w:lang w:val="it-IT"/>
        </w:rPr>
      </w:pPr>
      <w:r w:rsidRPr="00B3313F">
        <w:rPr>
          <w:rFonts w:ascii="Times New Roman" w:hAnsi="Times New Roman" w:cs="Times New Roman"/>
          <w:sz w:val="18"/>
          <w:szCs w:val="18"/>
          <w:lang w:val="it-IT"/>
        </w:rPr>
        <w:t xml:space="preserve">Con contratto a tempo </w:t>
      </w:r>
      <w:proofErr w:type="gramStart"/>
      <w:r w:rsidRPr="00B3313F">
        <w:rPr>
          <w:rFonts w:ascii="Times New Roman" w:hAnsi="Times New Roman" w:cs="Times New Roman"/>
          <w:sz w:val="18"/>
          <w:szCs w:val="18"/>
          <w:lang w:val="it-IT"/>
        </w:rPr>
        <w:t>[</w:t>
      </w:r>
      <w:r w:rsidRPr="00B3313F">
        <w:rPr>
          <w:rFonts w:ascii="Times New Roman" w:hAnsi="Times New Roman" w:cs="Times New Roman"/>
          <w:sz w:val="18"/>
          <w:szCs w:val="18"/>
          <w:lang w:val="it-IT"/>
        </w:rPr>
        <w:t xml:space="preserve">  ]</w:t>
      </w:r>
      <w:proofErr w:type="gramEnd"/>
      <w:r w:rsidRPr="00B3313F">
        <w:rPr>
          <w:rFonts w:ascii="Times New Roman" w:hAnsi="Times New Roman" w:cs="Times New Roman"/>
          <w:sz w:val="18"/>
          <w:szCs w:val="18"/>
          <w:lang w:val="it-IT"/>
        </w:rPr>
        <w:t xml:space="preserve"> indeterminato   [  ] determinato fino al ____________________</w:t>
      </w:r>
    </w:p>
    <w:p w14:paraId="50151E5A" w14:textId="77777777" w:rsidR="00BD57E7" w:rsidRPr="00B3313F" w:rsidRDefault="00B3313F" w:rsidP="00B3313F">
      <w:pPr>
        <w:pStyle w:val="Titolo2"/>
        <w:jc w:val="center"/>
        <w:rPr>
          <w:rFonts w:ascii="Times New Roman" w:hAnsi="Times New Roman" w:cs="Times New Roman"/>
          <w:color w:val="auto"/>
          <w:sz w:val="18"/>
          <w:szCs w:val="18"/>
          <w:lang w:val="it-IT"/>
        </w:rPr>
      </w:pPr>
      <w:r w:rsidRPr="00B3313F">
        <w:rPr>
          <w:rFonts w:ascii="Times New Roman" w:hAnsi="Times New Roman" w:cs="Times New Roman"/>
          <w:color w:val="auto"/>
          <w:sz w:val="18"/>
          <w:szCs w:val="18"/>
          <w:lang w:val="it-IT"/>
        </w:rPr>
        <w:br/>
        <w:t>DICHIARA</w:t>
      </w:r>
    </w:p>
    <w:p w14:paraId="553A521D" w14:textId="77777777" w:rsidR="00BD57E7" w:rsidRPr="00B3313F" w:rsidRDefault="00B3313F" w:rsidP="00B3313F">
      <w:pPr>
        <w:jc w:val="both"/>
        <w:rPr>
          <w:rFonts w:ascii="Times New Roman" w:hAnsi="Times New Roman" w:cs="Times New Roman"/>
          <w:sz w:val="18"/>
          <w:szCs w:val="18"/>
          <w:lang w:val="it-IT"/>
        </w:rPr>
      </w:pPr>
      <w:r w:rsidRPr="00B3313F">
        <w:rPr>
          <w:rFonts w:ascii="Times New Roman" w:hAnsi="Times New Roman" w:cs="Times New Roman"/>
          <w:sz w:val="18"/>
          <w:szCs w:val="18"/>
          <w:lang w:val="it-IT"/>
        </w:rPr>
        <w:t>la propria disponibilità a svolgere l'incarico secondo il calendario predisposto dalla scuola assicurando, altresì, la propria presenza negli incontri propedeutici all'inizio delle</w:t>
      </w:r>
      <w:r w:rsidRPr="00B3313F">
        <w:rPr>
          <w:rFonts w:ascii="Times New Roman" w:hAnsi="Times New Roman" w:cs="Times New Roman"/>
          <w:sz w:val="18"/>
          <w:szCs w:val="18"/>
          <w:lang w:val="it-IT"/>
        </w:rPr>
        <w:t xml:space="preserve"> attività e in tutte le riunioni/consigli di classe/manifestazioni predisposti dalla scuola.</w:t>
      </w:r>
    </w:p>
    <w:p w14:paraId="396D0032" w14:textId="77777777" w:rsidR="00BD57E7" w:rsidRPr="00B3313F" w:rsidRDefault="00B3313F" w:rsidP="00B3313F">
      <w:pPr>
        <w:jc w:val="both"/>
        <w:rPr>
          <w:rFonts w:ascii="Times New Roman" w:hAnsi="Times New Roman" w:cs="Times New Roman"/>
          <w:sz w:val="18"/>
          <w:szCs w:val="18"/>
          <w:lang w:val="it-IT"/>
        </w:rPr>
      </w:pPr>
      <w:r w:rsidRPr="00B3313F">
        <w:rPr>
          <w:rFonts w:ascii="Times New Roman" w:hAnsi="Times New Roman" w:cs="Times New Roman"/>
          <w:sz w:val="18"/>
          <w:szCs w:val="18"/>
          <w:lang w:val="it-IT"/>
        </w:rPr>
        <w:br/>
        <w:t>Di esprimere la propria preferenza a svolgere l’incarico (barrare la casella di interesse):</w:t>
      </w:r>
    </w:p>
    <w:p w14:paraId="25AD59F4" w14:textId="77777777" w:rsidR="00BD57E7" w:rsidRPr="00B3313F" w:rsidRDefault="00B3313F" w:rsidP="00B3313F">
      <w:pPr>
        <w:jc w:val="both"/>
        <w:rPr>
          <w:rFonts w:ascii="Times New Roman" w:hAnsi="Times New Roman" w:cs="Times New Roman"/>
          <w:sz w:val="18"/>
          <w:szCs w:val="18"/>
          <w:lang w:val="it-IT"/>
        </w:rPr>
      </w:pPr>
      <w:proofErr w:type="gramStart"/>
      <w:r w:rsidRPr="00B3313F">
        <w:rPr>
          <w:rFonts w:ascii="Times New Roman" w:hAnsi="Times New Roman" w:cs="Times New Roman"/>
          <w:sz w:val="18"/>
          <w:szCs w:val="18"/>
          <w:lang w:val="it-IT"/>
        </w:rPr>
        <w:t>[  ]</w:t>
      </w:r>
      <w:proofErr w:type="gramEnd"/>
      <w:r w:rsidRPr="00B3313F">
        <w:rPr>
          <w:rFonts w:ascii="Times New Roman" w:hAnsi="Times New Roman" w:cs="Times New Roman"/>
          <w:sz w:val="18"/>
          <w:szCs w:val="18"/>
          <w:lang w:val="it-IT"/>
        </w:rPr>
        <w:t xml:space="preserve"> Per la preparazione dell’esame B1 Preliminary for Schools - merco</w:t>
      </w:r>
      <w:r w:rsidRPr="00B3313F">
        <w:rPr>
          <w:rFonts w:ascii="Times New Roman" w:hAnsi="Times New Roman" w:cs="Times New Roman"/>
          <w:sz w:val="18"/>
          <w:szCs w:val="18"/>
          <w:lang w:val="it-IT"/>
        </w:rPr>
        <w:t>ledì pomeriggio dalle 14:30 alle 16:00</w:t>
      </w:r>
    </w:p>
    <w:p w14:paraId="0660ACAD" w14:textId="3B41A52F" w:rsidR="00BD57E7" w:rsidRPr="00B3313F" w:rsidRDefault="00B3313F" w:rsidP="00B3313F">
      <w:pPr>
        <w:jc w:val="both"/>
        <w:rPr>
          <w:rFonts w:ascii="Times New Roman" w:hAnsi="Times New Roman" w:cs="Times New Roman"/>
          <w:sz w:val="18"/>
          <w:szCs w:val="18"/>
          <w:lang w:val="it-IT"/>
        </w:rPr>
      </w:pPr>
      <w:proofErr w:type="gramStart"/>
      <w:r w:rsidRPr="00B3313F">
        <w:rPr>
          <w:rFonts w:ascii="Times New Roman" w:hAnsi="Times New Roman" w:cs="Times New Roman"/>
          <w:sz w:val="18"/>
          <w:szCs w:val="18"/>
          <w:lang w:val="it-IT"/>
        </w:rPr>
        <w:t>[  ]</w:t>
      </w:r>
      <w:proofErr w:type="gramEnd"/>
      <w:r w:rsidRPr="00B3313F">
        <w:rPr>
          <w:rFonts w:ascii="Times New Roman" w:hAnsi="Times New Roman" w:cs="Times New Roman"/>
          <w:sz w:val="18"/>
          <w:szCs w:val="18"/>
          <w:lang w:val="it-IT"/>
        </w:rPr>
        <w:t xml:space="preserve"> Per la preparazione dell’esame B1 Preliminary for Schools - venerdì pomeriggio dalle 14:30 alle 16:00</w:t>
      </w:r>
    </w:p>
    <w:p w14:paraId="61EAC2AC" w14:textId="77777777" w:rsidR="00B3313F" w:rsidRPr="00B3313F" w:rsidRDefault="00B3313F" w:rsidP="00B3313F">
      <w:pPr>
        <w:jc w:val="both"/>
        <w:rPr>
          <w:rFonts w:ascii="Times New Roman" w:hAnsi="Times New Roman" w:cs="Times New Roman"/>
          <w:sz w:val="18"/>
          <w:szCs w:val="18"/>
          <w:lang w:val="it-IT"/>
        </w:rPr>
      </w:pPr>
      <w:proofErr w:type="gramStart"/>
      <w:r w:rsidRPr="00B3313F">
        <w:rPr>
          <w:rFonts w:ascii="Times New Roman" w:hAnsi="Times New Roman" w:cs="Times New Roman"/>
          <w:sz w:val="18"/>
          <w:szCs w:val="18"/>
          <w:lang w:val="it-IT"/>
        </w:rPr>
        <w:t>[  ]</w:t>
      </w:r>
      <w:proofErr w:type="gramEnd"/>
      <w:r w:rsidRPr="00B3313F">
        <w:rPr>
          <w:rFonts w:ascii="Times New Roman" w:hAnsi="Times New Roman" w:cs="Times New Roman"/>
          <w:sz w:val="18"/>
          <w:szCs w:val="18"/>
          <w:lang w:val="it-IT"/>
        </w:rPr>
        <w:t xml:space="preserve"> Per la preparazione dell’esame B1 Preliminary for Schools - mercoledì pomeriggio dalle 15:00 alle 16:30</w:t>
      </w:r>
    </w:p>
    <w:p w14:paraId="606AC640" w14:textId="2567DF94" w:rsidR="00B3313F" w:rsidRPr="00B3313F" w:rsidRDefault="00B3313F" w:rsidP="00B3313F">
      <w:pPr>
        <w:jc w:val="both"/>
        <w:rPr>
          <w:rFonts w:ascii="Times New Roman" w:hAnsi="Times New Roman" w:cs="Times New Roman"/>
          <w:sz w:val="18"/>
          <w:szCs w:val="18"/>
          <w:lang w:val="it-IT"/>
        </w:rPr>
      </w:pPr>
      <w:proofErr w:type="gramStart"/>
      <w:r w:rsidRPr="00B3313F">
        <w:rPr>
          <w:rFonts w:ascii="Times New Roman" w:hAnsi="Times New Roman" w:cs="Times New Roman"/>
          <w:sz w:val="18"/>
          <w:szCs w:val="18"/>
          <w:lang w:val="it-IT"/>
        </w:rPr>
        <w:t>[  ]</w:t>
      </w:r>
      <w:proofErr w:type="gramEnd"/>
      <w:r w:rsidRPr="00B3313F">
        <w:rPr>
          <w:rFonts w:ascii="Times New Roman" w:hAnsi="Times New Roman" w:cs="Times New Roman"/>
          <w:sz w:val="18"/>
          <w:szCs w:val="18"/>
          <w:lang w:val="it-IT"/>
        </w:rPr>
        <w:t xml:space="preserve"> Per la preparazione dell’esame B1 Preliminary for Schools - venerdì pomeriggio dalle 15:00 alle 16:30</w:t>
      </w:r>
    </w:p>
    <w:p w14:paraId="45CD23D1" w14:textId="77777777" w:rsidR="00BD57E7" w:rsidRPr="00B3313F" w:rsidRDefault="00B3313F" w:rsidP="00B3313F">
      <w:pPr>
        <w:jc w:val="both"/>
        <w:rPr>
          <w:rFonts w:ascii="Times New Roman" w:hAnsi="Times New Roman" w:cs="Times New Roman"/>
          <w:sz w:val="18"/>
          <w:szCs w:val="18"/>
          <w:lang w:val="it-IT"/>
        </w:rPr>
      </w:pPr>
      <w:proofErr w:type="gramStart"/>
      <w:r w:rsidRPr="00B3313F">
        <w:rPr>
          <w:rFonts w:ascii="Times New Roman" w:hAnsi="Times New Roman" w:cs="Times New Roman"/>
          <w:sz w:val="18"/>
          <w:szCs w:val="18"/>
          <w:lang w:val="it-IT"/>
        </w:rPr>
        <w:t>[  ]</w:t>
      </w:r>
      <w:proofErr w:type="gramEnd"/>
      <w:r w:rsidRPr="00B3313F">
        <w:rPr>
          <w:rFonts w:ascii="Times New Roman" w:hAnsi="Times New Roman" w:cs="Times New Roman"/>
          <w:sz w:val="18"/>
          <w:szCs w:val="18"/>
          <w:lang w:val="it-IT"/>
        </w:rPr>
        <w:t xml:space="preserve"> Per la preparazione dell’esame B2 First for Schools - mercoledì pomeriggio dalle 15:00 alle 17:00</w:t>
      </w:r>
    </w:p>
    <w:p w14:paraId="69E3E0E4" w14:textId="77777777" w:rsidR="00BD57E7" w:rsidRPr="00B3313F" w:rsidRDefault="00B3313F" w:rsidP="00B3313F">
      <w:pPr>
        <w:jc w:val="both"/>
        <w:rPr>
          <w:rFonts w:ascii="Times New Roman" w:hAnsi="Times New Roman" w:cs="Times New Roman"/>
          <w:sz w:val="18"/>
          <w:szCs w:val="18"/>
          <w:lang w:val="it-IT"/>
        </w:rPr>
      </w:pPr>
      <w:proofErr w:type="gramStart"/>
      <w:r w:rsidRPr="00B3313F">
        <w:rPr>
          <w:rFonts w:ascii="Times New Roman" w:hAnsi="Times New Roman" w:cs="Times New Roman"/>
          <w:sz w:val="18"/>
          <w:szCs w:val="18"/>
          <w:lang w:val="it-IT"/>
        </w:rPr>
        <w:t>[  ]</w:t>
      </w:r>
      <w:proofErr w:type="gramEnd"/>
      <w:r w:rsidRPr="00B3313F">
        <w:rPr>
          <w:rFonts w:ascii="Times New Roman" w:hAnsi="Times New Roman" w:cs="Times New Roman"/>
          <w:sz w:val="18"/>
          <w:szCs w:val="18"/>
          <w:lang w:val="it-IT"/>
        </w:rPr>
        <w:t xml:space="preserve"> Pe</w:t>
      </w:r>
      <w:r w:rsidRPr="00B3313F">
        <w:rPr>
          <w:rFonts w:ascii="Times New Roman" w:hAnsi="Times New Roman" w:cs="Times New Roman"/>
          <w:sz w:val="18"/>
          <w:szCs w:val="18"/>
          <w:lang w:val="it-IT"/>
        </w:rPr>
        <w:t>r la preparazione dell’esame B2 First for Schools - venerdì pomeriggio dalle 15:00 alle 17:00</w:t>
      </w:r>
    </w:p>
    <w:p w14:paraId="66376E1B" w14:textId="77777777" w:rsidR="00BD57E7" w:rsidRPr="00B3313F" w:rsidRDefault="00B3313F" w:rsidP="00B3313F">
      <w:pPr>
        <w:jc w:val="both"/>
        <w:rPr>
          <w:rFonts w:ascii="Times New Roman" w:hAnsi="Times New Roman" w:cs="Times New Roman"/>
          <w:sz w:val="18"/>
          <w:szCs w:val="18"/>
          <w:lang w:val="it-IT"/>
        </w:rPr>
      </w:pPr>
      <w:proofErr w:type="gramStart"/>
      <w:r w:rsidRPr="00B3313F">
        <w:rPr>
          <w:rFonts w:ascii="Times New Roman" w:hAnsi="Times New Roman" w:cs="Times New Roman"/>
          <w:sz w:val="18"/>
          <w:szCs w:val="18"/>
          <w:lang w:val="it-IT"/>
        </w:rPr>
        <w:t>[  ]</w:t>
      </w:r>
      <w:proofErr w:type="gramEnd"/>
      <w:r w:rsidRPr="00B3313F">
        <w:rPr>
          <w:rFonts w:ascii="Times New Roman" w:hAnsi="Times New Roman" w:cs="Times New Roman"/>
          <w:sz w:val="18"/>
          <w:szCs w:val="18"/>
          <w:lang w:val="it-IT"/>
        </w:rPr>
        <w:t xml:space="preserve"> Per la preparazione dell’esame C1 Advanced - mercoledì pomeriggio dalle 15:00 alle 17:00</w:t>
      </w:r>
    </w:p>
    <w:p w14:paraId="7787F57F" w14:textId="77777777" w:rsidR="00BD57E7" w:rsidRPr="00B3313F" w:rsidRDefault="00B3313F" w:rsidP="00B3313F">
      <w:pPr>
        <w:jc w:val="both"/>
        <w:rPr>
          <w:rFonts w:ascii="Times New Roman" w:hAnsi="Times New Roman" w:cs="Times New Roman"/>
          <w:sz w:val="18"/>
          <w:szCs w:val="18"/>
          <w:lang w:val="it-IT"/>
        </w:rPr>
      </w:pPr>
      <w:proofErr w:type="gramStart"/>
      <w:r w:rsidRPr="00B3313F">
        <w:rPr>
          <w:rFonts w:ascii="Times New Roman" w:hAnsi="Times New Roman" w:cs="Times New Roman"/>
          <w:sz w:val="18"/>
          <w:szCs w:val="18"/>
          <w:lang w:val="it-IT"/>
        </w:rPr>
        <w:t>[  ]</w:t>
      </w:r>
      <w:proofErr w:type="gramEnd"/>
      <w:r w:rsidRPr="00B3313F">
        <w:rPr>
          <w:rFonts w:ascii="Times New Roman" w:hAnsi="Times New Roman" w:cs="Times New Roman"/>
          <w:sz w:val="18"/>
          <w:szCs w:val="18"/>
          <w:lang w:val="it-IT"/>
        </w:rPr>
        <w:t xml:space="preserve"> Per la preparazione dell’esame C1 Advanced - venerdì pomeriggio</w:t>
      </w:r>
      <w:r w:rsidRPr="00B3313F">
        <w:rPr>
          <w:rFonts w:ascii="Times New Roman" w:hAnsi="Times New Roman" w:cs="Times New Roman"/>
          <w:sz w:val="18"/>
          <w:szCs w:val="18"/>
          <w:lang w:val="it-IT"/>
        </w:rPr>
        <w:t xml:space="preserve"> dalle 15:00 alle 17:00</w:t>
      </w:r>
    </w:p>
    <w:p w14:paraId="35E1F45C" w14:textId="77777777" w:rsidR="00BD57E7" w:rsidRPr="00B3313F" w:rsidRDefault="00B3313F" w:rsidP="00B3313F">
      <w:pPr>
        <w:jc w:val="both"/>
        <w:rPr>
          <w:rFonts w:ascii="Times New Roman" w:hAnsi="Times New Roman" w:cs="Times New Roman"/>
          <w:sz w:val="18"/>
          <w:szCs w:val="18"/>
          <w:lang w:val="it-IT"/>
        </w:rPr>
      </w:pPr>
      <w:proofErr w:type="gramStart"/>
      <w:r w:rsidRPr="00B3313F">
        <w:rPr>
          <w:rFonts w:ascii="Times New Roman" w:hAnsi="Times New Roman" w:cs="Times New Roman"/>
          <w:sz w:val="18"/>
          <w:szCs w:val="18"/>
          <w:lang w:val="it-IT"/>
        </w:rPr>
        <w:t>[  ]</w:t>
      </w:r>
      <w:proofErr w:type="gramEnd"/>
      <w:r w:rsidRPr="00B3313F">
        <w:rPr>
          <w:rFonts w:ascii="Times New Roman" w:hAnsi="Times New Roman" w:cs="Times New Roman"/>
          <w:sz w:val="18"/>
          <w:szCs w:val="18"/>
          <w:lang w:val="it-IT"/>
        </w:rPr>
        <w:t xml:space="preserve"> Per la preparazione dell’esame Oxford Test of English - mercoledì pomeriggio dalle 15:00 alle 16:30</w:t>
      </w:r>
    </w:p>
    <w:p w14:paraId="38684490" w14:textId="77777777" w:rsidR="00BD57E7" w:rsidRPr="00B3313F" w:rsidRDefault="00B3313F" w:rsidP="00B3313F">
      <w:pPr>
        <w:jc w:val="both"/>
        <w:rPr>
          <w:rFonts w:ascii="Times New Roman" w:hAnsi="Times New Roman" w:cs="Times New Roman"/>
          <w:sz w:val="18"/>
          <w:szCs w:val="18"/>
          <w:lang w:val="it-IT"/>
        </w:rPr>
      </w:pPr>
      <w:proofErr w:type="gramStart"/>
      <w:r w:rsidRPr="00B3313F">
        <w:rPr>
          <w:rFonts w:ascii="Times New Roman" w:hAnsi="Times New Roman" w:cs="Times New Roman"/>
          <w:sz w:val="18"/>
          <w:szCs w:val="18"/>
          <w:lang w:val="it-IT"/>
        </w:rPr>
        <w:t>[  ]</w:t>
      </w:r>
      <w:proofErr w:type="gramEnd"/>
      <w:r w:rsidRPr="00B3313F">
        <w:rPr>
          <w:rFonts w:ascii="Times New Roman" w:hAnsi="Times New Roman" w:cs="Times New Roman"/>
          <w:sz w:val="18"/>
          <w:szCs w:val="18"/>
          <w:lang w:val="it-IT"/>
        </w:rPr>
        <w:t xml:space="preserve"> Per la preparazione dell’esame Oxford Test of English - venerdì pomeriggio dalle 15:00 alle 16:30</w:t>
      </w:r>
    </w:p>
    <w:p w14:paraId="131B2BAC" w14:textId="77777777" w:rsidR="00BD57E7" w:rsidRPr="00B3313F" w:rsidRDefault="00B3313F" w:rsidP="00B3313F">
      <w:pPr>
        <w:jc w:val="both"/>
        <w:rPr>
          <w:rFonts w:ascii="Times New Roman" w:hAnsi="Times New Roman" w:cs="Times New Roman"/>
          <w:sz w:val="18"/>
          <w:szCs w:val="18"/>
          <w:lang w:val="it-IT"/>
        </w:rPr>
      </w:pPr>
      <w:r w:rsidRPr="00B3313F">
        <w:rPr>
          <w:rFonts w:ascii="Times New Roman" w:hAnsi="Times New Roman" w:cs="Times New Roman"/>
          <w:sz w:val="18"/>
          <w:szCs w:val="18"/>
          <w:lang w:val="it-IT"/>
        </w:rPr>
        <w:br/>
        <w:t xml:space="preserve">In caso di candidature </w:t>
      </w:r>
      <w:r w:rsidRPr="00B3313F">
        <w:rPr>
          <w:rFonts w:ascii="Times New Roman" w:hAnsi="Times New Roman" w:cs="Times New Roman"/>
          <w:sz w:val="18"/>
          <w:szCs w:val="18"/>
          <w:lang w:val="it-IT"/>
        </w:rPr>
        <w:t xml:space="preserve">insufficienti, dichiara di essere disponibile a svolgere più percorsi, in orari non coincidenti, su richiesta dell’Istituto: </w:t>
      </w:r>
      <w:proofErr w:type="gramStart"/>
      <w:r w:rsidRPr="00B3313F">
        <w:rPr>
          <w:rFonts w:ascii="Times New Roman" w:hAnsi="Times New Roman" w:cs="Times New Roman"/>
          <w:sz w:val="18"/>
          <w:szCs w:val="18"/>
          <w:lang w:val="it-IT"/>
        </w:rPr>
        <w:t>[  ]</w:t>
      </w:r>
      <w:proofErr w:type="gramEnd"/>
      <w:r w:rsidRPr="00B3313F">
        <w:rPr>
          <w:rFonts w:ascii="Times New Roman" w:hAnsi="Times New Roman" w:cs="Times New Roman"/>
          <w:sz w:val="18"/>
          <w:szCs w:val="18"/>
          <w:lang w:val="it-IT"/>
        </w:rPr>
        <w:t xml:space="preserve"> SI   [  ] NO</w:t>
      </w:r>
    </w:p>
    <w:p w14:paraId="1467136B" w14:textId="77777777" w:rsidR="00BD57E7" w:rsidRPr="00B3313F" w:rsidRDefault="00B3313F" w:rsidP="00B3313F">
      <w:pPr>
        <w:jc w:val="both"/>
        <w:rPr>
          <w:rFonts w:ascii="Times New Roman" w:hAnsi="Times New Roman" w:cs="Times New Roman"/>
          <w:sz w:val="18"/>
          <w:szCs w:val="18"/>
          <w:lang w:val="it-IT"/>
        </w:rPr>
      </w:pPr>
      <w:r w:rsidRPr="00B3313F">
        <w:rPr>
          <w:rFonts w:ascii="Times New Roman" w:hAnsi="Times New Roman" w:cs="Times New Roman"/>
          <w:sz w:val="18"/>
          <w:szCs w:val="18"/>
          <w:lang w:val="it-IT"/>
        </w:rPr>
        <w:lastRenderedPageBreak/>
        <w:br/>
        <w:t>Il/La sottoscritto/a autorizza l’Istituzione scolastica al trattamento dei Dati personali ai sensi del GDPR 679/</w:t>
      </w:r>
      <w:r w:rsidRPr="00B3313F">
        <w:rPr>
          <w:rFonts w:ascii="Times New Roman" w:hAnsi="Times New Roman" w:cs="Times New Roman"/>
          <w:sz w:val="18"/>
          <w:szCs w:val="18"/>
          <w:lang w:val="it-IT"/>
        </w:rPr>
        <w:t>2016 “Tutela della Privacy” solo per i fini istituzionali e necessari per l’espletamento della procedura di cui alla presente domanda.</w:t>
      </w:r>
    </w:p>
    <w:p w14:paraId="5160B09C" w14:textId="77777777" w:rsidR="00BD57E7" w:rsidRPr="00B3313F" w:rsidRDefault="00B3313F" w:rsidP="00B3313F">
      <w:pPr>
        <w:jc w:val="both"/>
        <w:rPr>
          <w:rFonts w:ascii="Times New Roman" w:hAnsi="Times New Roman" w:cs="Times New Roman"/>
          <w:sz w:val="18"/>
          <w:szCs w:val="18"/>
          <w:lang w:val="it-IT"/>
        </w:rPr>
      </w:pPr>
      <w:r w:rsidRPr="00B3313F">
        <w:rPr>
          <w:rFonts w:ascii="Times New Roman" w:hAnsi="Times New Roman" w:cs="Times New Roman"/>
          <w:sz w:val="18"/>
          <w:szCs w:val="18"/>
          <w:lang w:val="it-IT"/>
        </w:rPr>
        <w:br/>
        <w:t>Pinerolo, _______________                                FIRMA _______________________</w:t>
      </w:r>
    </w:p>
    <w:p w14:paraId="0564281E" w14:textId="77777777" w:rsidR="00BD57E7" w:rsidRPr="00B3313F" w:rsidRDefault="00B3313F" w:rsidP="00B3313F">
      <w:pPr>
        <w:jc w:val="both"/>
        <w:rPr>
          <w:rFonts w:ascii="Times New Roman" w:hAnsi="Times New Roman" w:cs="Times New Roman"/>
          <w:sz w:val="18"/>
          <w:szCs w:val="18"/>
          <w:lang w:val="it-IT"/>
        </w:rPr>
      </w:pPr>
      <w:r w:rsidRPr="00B3313F">
        <w:rPr>
          <w:rFonts w:ascii="Times New Roman" w:hAnsi="Times New Roman" w:cs="Times New Roman"/>
          <w:sz w:val="18"/>
          <w:szCs w:val="18"/>
          <w:lang w:val="it-IT"/>
        </w:rPr>
        <w:t>Allega: Copia del documento di id</w:t>
      </w:r>
      <w:r w:rsidRPr="00B3313F">
        <w:rPr>
          <w:rFonts w:ascii="Times New Roman" w:hAnsi="Times New Roman" w:cs="Times New Roman"/>
          <w:sz w:val="18"/>
          <w:szCs w:val="18"/>
          <w:lang w:val="it-IT"/>
        </w:rPr>
        <w:t>entità</w:t>
      </w:r>
    </w:p>
    <w:sectPr w:rsidR="00BD57E7" w:rsidRPr="00B3313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‚l‚r –¾’©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3313F"/>
    <w:rsid w:val="00B47730"/>
    <w:rsid w:val="00BD57E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CC683B"/>
  <w14:defaultImageDpi w14:val="300"/>
  <w15:docId w15:val="{87C195C9-5AFB-40E2-BA7A-C5DF53181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danil</cp:lastModifiedBy>
  <cp:revision>2</cp:revision>
  <dcterms:created xsi:type="dcterms:W3CDTF">2026-09-21T10:14:00Z</dcterms:created>
  <dcterms:modified xsi:type="dcterms:W3CDTF">2026-09-21T10:14:00Z</dcterms:modified>
  <cp:category/>
</cp:coreProperties>
</file>