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9C54" w14:textId="77777777" w:rsidR="00BD57E7" w:rsidRPr="00B3313F" w:rsidRDefault="00B3313F" w:rsidP="00B3313F">
      <w:pPr>
        <w:pStyle w:val="Titolo1"/>
        <w:jc w:val="both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t>ALLEGATO 4</w:t>
      </w:r>
    </w:p>
    <w:p w14:paraId="4E590773" w14:textId="77777777" w:rsidR="00BD57E7" w:rsidRPr="00B3313F" w:rsidRDefault="00B3313F" w:rsidP="00B3313F">
      <w:pPr>
        <w:jc w:val="right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Al Dirigente Scolastico dell'I.I.S. BUNIVA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Prof.ssa Patrizia Palagonia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p w14:paraId="487FA4D0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Oggetto: DOMANDA DI PARTECIPAZIONE ALL’AVVISO DI SELEZIONE DI ESPERTI PER CORSI DI PREPARAZIONE CERTIFICAZIONI LINGUISTICHE CAMBRIDGE ENGLISH B1 PRELIMINARY FOR </w:t>
      </w: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>SCHOOLS - CAMBRIDGE ENGLISH B2 FIRST FOR SCHOOLS - CAMBRIDGE ENGLISH C1 ADVANCED - CORSI DI PREPARAZIONE ALL’OXFORD TEST OF ENGLISH A.S. 2026-2027</w:t>
      </w:r>
    </w:p>
    <w:p w14:paraId="63E297D3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DICHIARAZIONE DI INSUSSISTENZA DI CAUSE DI INCONFERIBILITÀ E INCOMPATIBILITÀ</w:t>
      </w:r>
    </w:p>
    <w:p w14:paraId="06E778CF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Ai sensi del D. Lgs. 08.04.2013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, n. 39 - DICHIARAZIONE SOSTITUTIVA DELL’ATTO DI NOTORIETÀ (Art. 47, D.P.R. n. 445/2000)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p w14:paraId="79125A0A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Il/la sottoscritto/a _______________________ nato/a a __________________ (_______) il _______________, C.F. _____________________ residente a ________________ (______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) in __________________________, n. _____ tel. _____________________ mail _____________________</w:t>
      </w:r>
    </w:p>
    <w:p w14:paraId="50151E5A" w14:textId="77777777" w:rsidR="00BD57E7" w:rsidRPr="00B3313F" w:rsidRDefault="00B3313F" w:rsidP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Visto il D. Lgs. n. 39 del 08.04.2013, artt. 20 e 21;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Visto il D.P.R. n. 445 del 28.12.2000, art. 76;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Consapevole delle sanzioni penali in caso di dichiarazion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i non veritiere, di formazione o uso di atti falsi, richiamate dall’art. 76 del D.P.R. 28 dicembre 2000 n. 445 e delle conseguenze di cui all’art. 20 c. 5 del D. Lgs. n. 39/2013 in caso di dichiarazioni mendaci,</w:t>
      </w:r>
    </w:p>
    <w:p w14:paraId="553A521D" w14:textId="77777777" w:rsidR="00BD57E7" w:rsidRPr="00B3313F" w:rsidRDefault="00B3313F" w:rsidP="00B3313F">
      <w:pPr>
        <w:pStyle w:val="Titolo2"/>
        <w:jc w:val="center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br/>
        <w:t>DICHIARA</w:t>
      </w:r>
    </w:p>
    <w:p w14:paraId="396D0032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- l’insussistenza nei propri confr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onti delle cause di inconferibilità e incompatibilità previste dal D. Lgs. 08.04.2013, n. 39;</w:t>
      </w:r>
    </w:p>
    <w:p w14:paraId="25AD59F4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- di essere informato/a che, ai sensi e per gli effetti di cui all’art. 13 del D. Lgs. n. 196/2013 e GDPR 679/2016, i dati personali raccolti saranno trattati, an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che con strumenti informatici, esclusivamente nell’ambito del procedimento per il quale la presente dichiarazione viene resa.</w:t>
      </w:r>
    </w:p>
    <w:p w14:paraId="0660ACAD" w14:textId="77777777" w:rsidR="00BD57E7" w:rsidRPr="00B3313F" w:rsidRDefault="00B3313F" w:rsidP="00B3313F">
      <w:pPr>
        <w:pStyle w:val="Titolo2"/>
        <w:jc w:val="center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br/>
        <w:t>SI IMPEGNA</w:t>
      </w:r>
    </w:p>
    <w:p w14:paraId="45CD23D1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ai sensi dell’art. 20 del D. Lgs n. 39/2013 a comunicare tempestivamente eventuali sopravvenuti elementi ostativi.</w:t>
      </w:r>
    </w:p>
    <w:p w14:paraId="69E3E0E4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  <w:r w:rsidRPr="00B3313F">
        <w:rPr>
          <w:rFonts w:ascii="Times New Roman" w:hAnsi="Times New Roman" w:cs="Times New Roman"/>
          <w:sz w:val="20"/>
          <w:szCs w:val="20"/>
        </w:rPr>
        <w:t>Pi</w:t>
      </w:r>
      <w:r w:rsidRPr="00B3313F">
        <w:rPr>
          <w:rFonts w:ascii="Times New Roman" w:hAnsi="Times New Roman" w:cs="Times New Roman"/>
          <w:sz w:val="20"/>
          <w:szCs w:val="20"/>
        </w:rPr>
        <w:t>nerolo, _______________                                FIRMA _______________________</w:t>
      </w:r>
    </w:p>
    <w:sectPr w:rsidR="00BD57E7" w:rsidRPr="00B331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313F"/>
    <w:rsid w:val="00B47730"/>
    <w:rsid w:val="00BD57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7F57F"/>
  <w14:defaultImageDpi w14:val="300"/>
  <w15:docId w15:val="{87C195C9-5AFB-40E2-BA7A-C5DF531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</cp:lastModifiedBy>
  <cp:revision>2</cp:revision>
  <dcterms:created xsi:type="dcterms:W3CDTF">2026-09-21T10:11:00Z</dcterms:created>
  <dcterms:modified xsi:type="dcterms:W3CDTF">2026-09-21T10:11:00Z</dcterms:modified>
  <cp:category/>
</cp:coreProperties>
</file>