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 w:rsidP="00B3313F">
      <w:pPr>
        <w:pStyle w:val="Titolo1"/>
        <w:jc w:val="both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ALLEGATO 3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487FA4D0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 xml:space="preserve">Oggetto: DOMANDA DI PARTECIPAZIONE ALL’AVVISO DI SELEZIONE DI ESPERTI PER CORSI DI PREPARAZIONE CERTIFICAZIONI LINGUISTICHE CAMBRIDGE ENGLISH B1 PRELIMINARY FOR </w:t>
      </w:r>
      <w:r w:rsidRPr="00B3313F">
        <w:rPr>
          <w:rFonts w:ascii="Times New Roman" w:hAnsi="Times New Roman" w:cs="Times New Roman"/>
          <w:b/>
          <w:sz w:val="20"/>
          <w:szCs w:val="20"/>
          <w:lang w:val="it-IT"/>
        </w:rPr>
        <w:t>SCHOOLS - CAMBRIDGE ENGLISH B2 FIRST FOR SCHOOLS - CAMBRIDGE ENGLISH C1 ADVANCED - CORSI DI PREPARAZIONE ALL’OXFORD TEST OF ENGLISH A.S. 2026-2027</w:t>
      </w:r>
    </w:p>
    <w:p w14:paraId="63E297D3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 xml:space="preserve">Il/la sottoscritto/a _______________________ nato/a </w:t>
      </w:r>
      <w:proofErr w:type="spellStart"/>
      <w:r w:rsidRPr="00B3313F">
        <w:rPr>
          <w:rFonts w:ascii="Times New Roman" w:hAnsi="Times New Roman" w:cs="Times New Roman"/>
          <w:sz w:val="20"/>
          <w:szCs w:val="20"/>
          <w:lang w:val="it-IT"/>
        </w:rPr>
        <w:t>a</w:t>
      </w:r>
      <w:proofErr w:type="spell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__________________ (_______) il _______________, C.F. 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_____________________ residente a ________________ (______) in __________________________, n. _____ tel. _____________________ mail _____________________</w:t>
      </w:r>
    </w:p>
    <w:p w14:paraId="06E778CF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docente dell'istituto ______________________________________________ con sede nel Comune di __________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>_____________</w:t>
      </w:r>
    </w:p>
    <w:p w14:paraId="79125A0A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Con contratto a tempo </w:t>
      </w:r>
      <w:proofErr w:type="gramStart"/>
      <w:r w:rsidRPr="00B3313F">
        <w:rPr>
          <w:rFonts w:ascii="Times New Roman" w:hAnsi="Times New Roman" w:cs="Times New Roman"/>
          <w:sz w:val="20"/>
          <w:szCs w:val="20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indeterminato   [  ] determinato fino al ____________________</w:t>
      </w:r>
    </w:p>
    <w:p w14:paraId="50151E5A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br/>
        <w:t>DICHIARA</w:t>
      </w:r>
    </w:p>
    <w:p w14:paraId="553A521D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B3313F">
        <w:rPr>
          <w:rFonts w:ascii="Times New Roman" w:hAnsi="Times New Roman" w:cs="Times New Roman"/>
          <w:sz w:val="20"/>
          <w:szCs w:val="20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di aver preso visione dell’Informativa ai sensi dell'art. 13 del Regolamento UE 2016/679 (GDPR) per dipendenti e collaboratori, pubblicata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sul sito dell'Istituto, nella sezione Privacy;</w:t>
      </w:r>
    </w:p>
    <w:p w14:paraId="396D0032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proofErr w:type="gramStart"/>
      <w:r w:rsidRPr="00B3313F">
        <w:rPr>
          <w:rFonts w:ascii="Times New Roman" w:hAnsi="Times New Roman" w:cs="Times New Roman"/>
          <w:sz w:val="20"/>
          <w:szCs w:val="20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20"/>
          <w:szCs w:val="20"/>
          <w:lang w:val="it-IT"/>
        </w:rPr>
        <w:t xml:space="preserve"> di autorizzare il trattamento dei dati raccolti nel procedimento di cui all'oggetto, ai sensi e agli effetti di cui all’Art. 13 del Regolamento UE 2016/679 (GDPR).</w:t>
      </w:r>
    </w:p>
    <w:p w14:paraId="25AD59F4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20"/>
          <w:szCs w:val="20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  <w:proofErr w:type="spellStart"/>
      <w:r w:rsidRPr="00B3313F">
        <w:rPr>
          <w:rFonts w:ascii="Times New Roman" w:hAnsi="Times New Roman" w:cs="Times New Roman"/>
          <w:sz w:val="20"/>
          <w:szCs w:val="20"/>
        </w:rPr>
        <w:t>Pinerolo</w:t>
      </w:r>
      <w:proofErr w:type="spellEnd"/>
      <w:r w:rsidRPr="00B3313F">
        <w:rPr>
          <w:rFonts w:ascii="Times New Roman" w:hAnsi="Times New Roman" w:cs="Times New Roman"/>
          <w:sz w:val="20"/>
          <w:szCs w:val="20"/>
        </w:rPr>
        <w:t xml:space="preserve">, _______________             </w:t>
      </w:r>
      <w:r w:rsidRPr="00B3313F">
        <w:rPr>
          <w:rFonts w:ascii="Times New Roman" w:hAnsi="Times New Roman" w:cs="Times New Roman"/>
          <w:sz w:val="20"/>
          <w:szCs w:val="20"/>
        </w:rPr>
        <w:t xml:space="preserve">                   FIRMA _______________________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D23D1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2026-09-21T10:10:00Z</dcterms:created>
  <dcterms:modified xsi:type="dcterms:W3CDTF">2026-09-21T10:10:00Z</dcterms:modified>
  <cp:category/>
</cp:coreProperties>
</file>