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B9C54" w14:textId="77777777" w:rsidR="00BD57E7" w:rsidRPr="00B3313F" w:rsidRDefault="00B3313F">
      <w:pPr>
        <w:pStyle w:val="Titolo1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t>ALLEGATO 2</w:t>
      </w:r>
    </w:p>
    <w:p w14:paraId="4E590773" w14:textId="77777777" w:rsidR="00BD57E7" w:rsidRPr="00B3313F" w:rsidRDefault="00B3313F" w:rsidP="00B3313F">
      <w:pPr>
        <w:jc w:val="right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Al Dirigente Scolastico dell'I.I.S. BUNIVA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Prof.ssa Patrizia Palagonia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</w:p>
    <w:p w14:paraId="487FA4D0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b/>
          <w:sz w:val="20"/>
          <w:szCs w:val="20"/>
          <w:lang w:val="it-IT"/>
        </w:rPr>
        <w:t xml:space="preserve">Oggetto: DOMANDA DI PARTECIPAZIONE ALL’AVVISO DI SELEZIONE DI ESPERTI PER CORSI DI PREPARAZIONE CERTIFICAZIONI LINGUISTICHE CAMBRIDGE ENGLISH B1 PRELIMINARY FOR </w:t>
      </w:r>
      <w:r w:rsidRPr="00B3313F">
        <w:rPr>
          <w:rFonts w:ascii="Times New Roman" w:hAnsi="Times New Roman" w:cs="Times New Roman"/>
          <w:b/>
          <w:sz w:val="20"/>
          <w:szCs w:val="20"/>
          <w:lang w:val="it-IT"/>
        </w:rPr>
        <w:t>SCHOOLS - CAMBRIDGE ENGLISH B2 FIRST FOR SCHOOLS - CAMBRIDGE ENGLISH C1 ADVANCED - CORSI DI PREPARAZIONE ALL’OXFORD TEST OF ENGLISH A.S. 2026-2027</w:t>
      </w:r>
    </w:p>
    <w:p w14:paraId="63E297D3" w14:textId="0207EB6D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DICHIARAZIONE SOSTITUTIVA resa ai sensi e per gli effetti del DPR 28 dicembre 2000 n. 445</w:t>
      </w:r>
    </w:p>
    <w:p w14:paraId="06E778CF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Il/la sottoscritt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o/a _______________________ nato/a </w:t>
      </w:r>
      <w:proofErr w:type="spellStart"/>
      <w:r w:rsidRPr="00B3313F">
        <w:rPr>
          <w:rFonts w:ascii="Times New Roman" w:hAnsi="Times New Roman" w:cs="Times New Roman"/>
          <w:sz w:val="20"/>
          <w:szCs w:val="20"/>
          <w:lang w:val="it-IT"/>
        </w:rPr>
        <w:t>a</w:t>
      </w:r>
      <w:proofErr w:type="spellEnd"/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 __________________ (_______) il _______________, residente a ________________ (______) in __________________________, n. _____ tel. _____________________ mail _____________________</w:t>
      </w:r>
    </w:p>
    <w:p w14:paraId="79125A0A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docente dell'istituto ________________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______________________________ con sede nel Comune di _______________________</w:t>
      </w:r>
    </w:p>
    <w:p w14:paraId="50151E5A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Con contratto a tempo </w:t>
      </w:r>
      <w:proofErr w:type="gramStart"/>
      <w:r w:rsidRPr="00B3313F">
        <w:rPr>
          <w:rFonts w:ascii="Times New Roman" w:hAnsi="Times New Roman" w:cs="Times New Roman"/>
          <w:sz w:val="20"/>
          <w:szCs w:val="20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 indeterminato   [  ] determinato fino al ____________________</w:t>
      </w:r>
    </w:p>
    <w:p w14:paraId="553A521D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Ai sensi e per gli effetti dell’art. 76 D.P.R. n. 445/2000, consapevole della responsabi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lità e delle conseguenze civili e penali previste in caso di dichiarazioni mendaci e/o formazione od uso di atti falsi nonché in caso di esibizione di atti contenenti dati non più corrispondenti a verità, e consapevole, altresì, che qualora emerga la non v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eridicità del contenuto della presente dichiarazione, il sottoscritto decadrà dai benefici per i quali la stessa è rilasciata,</w:t>
      </w:r>
    </w:p>
    <w:p w14:paraId="396D0032" w14:textId="77777777" w:rsidR="00BD57E7" w:rsidRPr="00B3313F" w:rsidRDefault="00B3313F" w:rsidP="00B3313F">
      <w:pPr>
        <w:pStyle w:val="Titolo2"/>
        <w:jc w:val="center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t>DICHIARA</w:t>
      </w:r>
    </w:p>
    <w:p w14:paraId="25AD59F4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il possesso dei seguenti titoli culturali e professionali: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18"/>
        <w:gridCol w:w="2483"/>
        <w:gridCol w:w="2133"/>
        <w:gridCol w:w="2122"/>
      </w:tblGrid>
      <w:tr w:rsidR="00BD57E7" w:rsidRPr="00B3313F" w14:paraId="7787F57F" w14:textId="77777777">
        <w:tc>
          <w:tcPr>
            <w:tcW w:w="2160" w:type="dxa"/>
          </w:tcPr>
          <w:p w14:paraId="0660ACA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Sez.</w:t>
            </w:r>
          </w:p>
        </w:tc>
        <w:tc>
          <w:tcPr>
            <w:tcW w:w="2160" w:type="dxa"/>
          </w:tcPr>
          <w:p w14:paraId="45CD23D1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TITOLI CULTURALI E PROFESSIONALI</w:t>
            </w:r>
          </w:p>
        </w:tc>
        <w:tc>
          <w:tcPr>
            <w:tcW w:w="2160" w:type="dxa"/>
          </w:tcPr>
          <w:p w14:paraId="69E3E0E4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Valutazione / Criteri</w:t>
            </w:r>
          </w:p>
        </w:tc>
        <w:tc>
          <w:tcPr>
            <w:tcW w:w="2160" w:type="dxa"/>
          </w:tcPr>
          <w:p w14:paraId="66376E1B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Auto-Val. (Punti)</w:t>
            </w:r>
          </w:p>
        </w:tc>
      </w:tr>
      <w:tr w:rsidR="00BD57E7" w:rsidRPr="00B3313F" w14:paraId="5160B09C" w14:textId="77777777">
        <w:tc>
          <w:tcPr>
            <w:tcW w:w="2160" w:type="dxa"/>
          </w:tcPr>
          <w:p w14:paraId="35E1F45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2160" w:type="dxa"/>
          </w:tcPr>
          <w:p w14:paraId="3868449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Madrelinguista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(a): Corso studi e titoli da elementari con Laurea in Paese anglofono riconosciuta in Italia</w:t>
            </w:r>
          </w:p>
        </w:tc>
        <w:tc>
          <w:tcPr>
            <w:tcW w:w="2160" w:type="dxa"/>
          </w:tcPr>
          <w:p w14:paraId="131B2BA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Precedenza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 xml:space="preserve"> a.</w:t>
            </w:r>
          </w:p>
        </w:tc>
        <w:tc>
          <w:tcPr>
            <w:tcW w:w="2160" w:type="dxa"/>
          </w:tcPr>
          <w:p w14:paraId="1467136B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59FDACB6" w14:textId="77777777">
        <w:tc>
          <w:tcPr>
            <w:tcW w:w="2160" w:type="dxa"/>
          </w:tcPr>
          <w:p w14:paraId="0564281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2160" w:type="dxa"/>
          </w:tcPr>
          <w:p w14:paraId="6E63B966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Madrelinguista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(b): Corso studi e titoli da elementari con Diploma in Paese anglofono + Laurea + Certifica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zione</w:t>
            </w:r>
          </w:p>
        </w:tc>
        <w:tc>
          <w:tcPr>
            <w:tcW w:w="2160" w:type="dxa"/>
          </w:tcPr>
          <w:p w14:paraId="02CC683B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Precedenza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 xml:space="preserve"> b.</w:t>
            </w:r>
          </w:p>
        </w:tc>
        <w:tc>
          <w:tcPr>
            <w:tcW w:w="2160" w:type="dxa"/>
          </w:tcPr>
          <w:p w14:paraId="76C761BE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7FD10103" w14:textId="77777777">
        <w:tc>
          <w:tcPr>
            <w:tcW w:w="2160" w:type="dxa"/>
          </w:tcPr>
          <w:p w14:paraId="73D7A83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2160" w:type="dxa"/>
          </w:tcPr>
          <w:p w14:paraId="335E4278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Indicare Precedenza spettante:</w:t>
            </w:r>
          </w:p>
        </w:tc>
        <w:tc>
          <w:tcPr>
            <w:tcW w:w="2160" w:type="dxa"/>
          </w:tcPr>
          <w:p w14:paraId="4228B775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[  ]</w:t>
            </w:r>
            <w:proofErr w:type="gramEnd"/>
            <w:r w:rsidRPr="00B3313F">
              <w:rPr>
                <w:rFonts w:ascii="Times New Roman" w:hAnsi="Times New Roman" w:cs="Times New Roman"/>
                <w:sz w:val="20"/>
                <w:szCs w:val="20"/>
              </w:rPr>
              <w:t xml:space="preserve"> SI   [  ] NO</w:t>
            </w:r>
            <w:r w:rsidRPr="00B3313F">
              <w:rPr>
                <w:rFonts w:ascii="Times New Roman" w:hAnsi="Times New Roman" w:cs="Times New Roman"/>
                <w:sz w:val="20"/>
                <w:szCs w:val="20"/>
              </w:rPr>
              <w:br/>
              <w:t>Tipologia: ____</w:t>
            </w:r>
          </w:p>
        </w:tc>
        <w:tc>
          <w:tcPr>
            <w:tcW w:w="2160" w:type="dxa"/>
          </w:tcPr>
          <w:p w14:paraId="2F12D062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0A344B1F" w14:textId="77777777">
        <w:tc>
          <w:tcPr>
            <w:tcW w:w="2160" w:type="dxa"/>
          </w:tcPr>
          <w:p w14:paraId="1020BFE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2160" w:type="dxa"/>
          </w:tcPr>
          <w:p w14:paraId="536E1B3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1. Laurea specifica 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 xml:space="preserve">Magistrale / II Livello (vecchio/nuovo </w:t>
            </w: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ord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.)</w:t>
            </w:r>
          </w:p>
        </w:tc>
        <w:tc>
          <w:tcPr>
            <w:tcW w:w="2160" w:type="dxa"/>
          </w:tcPr>
          <w:p w14:paraId="4217E0B5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da 66 a 99 = 8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da 100 a 110 = 9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110 con lode = 10 pp.</w:t>
            </w:r>
          </w:p>
        </w:tc>
        <w:tc>
          <w:tcPr>
            <w:tcW w:w="2160" w:type="dxa"/>
          </w:tcPr>
          <w:p w14:paraId="291448A9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3B41A52F" w14:textId="77777777">
        <w:tc>
          <w:tcPr>
            <w:tcW w:w="2160" w:type="dxa"/>
          </w:tcPr>
          <w:p w14:paraId="1332A1E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2160" w:type="dxa"/>
          </w:tcPr>
          <w:p w14:paraId="187AEDBF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1a. Laurea specifica I 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Livello Triennale (in alternativa al punto 1)</w:t>
            </w:r>
          </w:p>
        </w:tc>
        <w:tc>
          <w:tcPr>
            <w:tcW w:w="2160" w:type="dxa"/>
          </w:tcPr>
          <w:p w14:paraId="3EFF7A66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 66 a 99 = 5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da 100 a 110 = 6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110 con lode = 7 pp.</w:t>
            </w:r>
          </w:p>
        </w:tc>
        <w:tc>
          <w:tcPr>
            <w:tcW w:w="2160" w:type="dxa"/>
          </w:tcPr>
          <w:p w14:paraId="6A0775DE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0C8E449F" w14:textId="77777777">
        <w:tc>
          <w:tcPr>
            <w:tcW w:w="2160" w:type="dxa"/>
          </w:tcPr>
          <w:p w14:paraId="606AC64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2160" w:type="dxa"/>
          </w:tcPr>
          <w:p w14:paraId="7B447EB5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1b. Diploma Istruzione sec. II gr. / A </w:t>
            </w: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Levels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(in alternativa)</w:t>
            </w:r>
          </w:p>
        </w:tc>
        <w:tc>
          <w:tcPr>
            <w:tcW w:w="2160" w:type="dxa"/>
          </w:tcPr>
          <w:p w14:paraId="0DBDD075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 60 a 90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da 90 a 99 = 3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100/110 = 4 pp.</w:t>
            </w:r>
          </w:p>
        </w:tc>
        <w:tc>
          <w:tcPr>
            <w:tcW w:w="2160" w:type="dxa"/>
          </w:tcPr>
          <w:p w14:paraId="45F2BECB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2567DF94" w14:textId="77777777">
        <w:tc>
          <w:tcPr>
            <w:tcW w:w="2160" w:type="dxa"/>
          </w:tcPr>
          <w:p w14:paraId="48EB3731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2160" w:type="dxa"/>
          </w:tcPr>
          <w:p w14:paraId="02B12BD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2. Abilitazione all’In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segnamento scuola sec. </w:t>
            </w:r>
            <w:proofErr w:type="gram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II</w:t>
            </w:r>
            <w:proofErr w:type="gram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grado</w:t>
            </w:r>
          </w:p>
        </w:tc>
        <w:tc>
          <w:tcPr>
            <w:tcW w:w="2160" w:type="dxa"/>
          </w:tcPr>
          <w:p w14:paraId="61EAC2A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Voto 70-80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Voto 81-90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Voto 91-100 = 3 pp.</w:t>
            </w:r>
          </w:p>
        </w:tc>
        <w:tc>
          <w:tcPr>
            <w:tcW w:w="2160" w:type="dxa"/>
          </w:tcPr>
          <w:p w14:paraId="063B20D9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44CA9411" w14:textId="77777777">
        <w:tc>
          <w:tcPr>
            <w:tcW w:w="2160" w:type="dxa"/>
          </w:tcPr>
          <w:p w14:paraId="1CF8F3D4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160" w:type="dxa"/>
          </w:tcPr>
          <w:p w14:paraId="15AED54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TOTALE SEZIONE A (A1 + A2 + A3) [MAX 13 PP.]</w:t>
            </w:r>
          </w:p>
        </w:tc>
        <w:tc>
          <w:tcPr>
            <w:tcW w:w="2160" w:type="dxa"/>
          </w:tcPr>
          <w:p w14:paraId="6F3990CF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60" w:type="dxa"/>
          </w:tcPr>
          <w:p w14:paraId="0E754AFD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08EAB9D7" w14:textId="77777777">
        <w:tc>
          <w:tcPr>
            <w:tcW w:w="2160" w:type="dxa"/>
          </w:tcPr>
          <w:p w14:paraId="2A9F26F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160" w:type="dxa"/>
          </w:tcPr>
          <w:p w14:paraId="36A5D26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3. Certificazioni Linguistiche riconosciute (es. Cambridge, Trinity, Pearson, GCSE)</w:t>
            </w:r>
          </w:p>
        </w:tc>
        <w:tc>
          <w:tcPr>
            <w:tcW w:w="2160" w:type="dxa"/>
          </w:tcPr>
          <w:p w14:paraId="1286888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Livello B2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Livello C1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Livello C2 = 3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Oltre = 4 pp.</w:t>
            </w:r>
          </w:p>
        </w:tc>
        <w:tc>
          <w:tcPr>
            <w:tcW w:w="2160" w:type="dxa"/>
          </w:tcPr>
          <w:p w14:paraId="4E2F555D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75C35901" w14:textId="77777777">
        <w:tc>
          <w:tcPr>
            <w:tcW w:w="2160" w:type="dxa"/>
          </w:tcPr>
          <w:p w14:paraId="2FE8138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160" w:type="dxa"/>
          </w:tcPr>
          <w:p w14:paraId="75429C4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4. Certificazioni Informatiche attestate (ECDL, </w:t>
            </w: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Pekit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Eipass</w:t>
            </w:r>
            <w:proofErr w:type="spellEnd"/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LIM/Tablet, Google, Microsoft, ecc.)</w:t>
            </w:r>
          </w:p>
        </w:tc>
        <w:tc>
          <w:tcPr>
            <w:tcW w:w="2160" w:type="dxa"/>
          </w:tcPr>
          <w:p w14:paraId="177329E4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Da 1 a 4 pp.</w:t>
            </w:r>
          </w:p>
        </w:tc>
        <w:tc>
          <w:tcPr>
            <w:tcW w:w="2160" w:type="dxa"/>
          </w:tcPr>
          <w:p w14:paraId="381AC34E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07F1CB12" w14:textId="77777777">
        <w:tc>
          <w:tcPr>
            <w:tcW w:w="2160" w:type="dxa"/>
          </w:tcPr>
          <w:p w14:paraId="623A7B1D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160" w:type="dxa"/>
          </w:tcPr>
          <w:p w14:paraId="7891FC3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5. Corsi Formazione/Aggiornamento certificati (min. 15 ore)</w:t>
            </w:r>
          </w:p>
        </w:tc>
        <w:tc>
          <w:tcPr>
            <w:tcW w:w="2160" w:type="dxa"/>
          </w:tcPr>
          <w:p w14:paraId="1385034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Non Attinente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At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tinente = 2 pp.</w:t>
            </w:r>
          </w:p>
        </w:tc>
        <w:tc>
          <w:tcPr>
            <w:tcW w:w="2160" w:type="dxa"/>
          </w:tcPr>
          <w:p w14:paraId="70DA761B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71806C07" w14:textId="77777777">
        <w:tc>
          <w:tcPr>
            <w:tcW w:w="2160" w:type="dxa"/>
          </w:tcPr>
          <w:p w14:paraId="62081C5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2160" w:type="dxa"/>
          </w:tcPr>
          <w:p w14:paraId="6C336B2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6. Titolo CELTA</w:t>
            </w:r>
          </w:p>
        </w:tc>
        <w:tc>
          <w:tcPr>
            <w:tcW w:w="2160" w:type="dxa"/>
          </w:tcPr>
          <w:p w14:paraId="0BA195B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Voto C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Voto B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br/>
              <w:t>Voto A = 3 pp. (Max 3 pp.)</w:t>
            </w:r>
          </w:p>
        </w:tc>
        <w:tc>
          <w:tcPr>
            <w:tcW w:w="2160" w:type="dxa"/>
          </w:tcPr>
          <w:p w14:paraId="50F8BD3B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5F0730D6" w14:textId="77777777">
        <w:tc>
          <w:tcPr>
            <w:tcW w:w="2160" w:type="dxa"/>
          </w:tcPr>
          <w:p w14:paraId="66BD427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2160" w:type="dxa"/>
          </w:tcPr>
          <w:p w14:paraId="05AB240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7. Titolo IELTS</w:t>
            </w:r>
          </w:p>
        </w:tc>
        <w:tc>
          <w:tcPr>
            <w:tcW w:w="2160" w:type="dxa"/>
          </w:tcPr>
          <w:p w14:paraId="1190CEE6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Good user = 1 p.</w:t>
            </w:r>
            <w:r w:rsidRPr="00B3313F">
              <w:rPr>
                <w:rFonts w:ascii="Times New Roman" w:hAnsi="Times New Roman" w:cs="Times New Roman"/>
                <w:sz w:val="20"/>
                <w:szCs w:val="20"/>
              </w:rPr>
              <w:br/>
              <w:t>Very Good user = 2 pp.</w:t>
            </w:r>
            <w:r w:rsidRPr="00B3313F">
              <w:rPr>
                <w:rFonts w:ascii="Times New Roman" w:hAnsi="Times New Roman" w:cs="Times New Roman"/>
                <w:sz w:val="20"/>
                <w:szCs w:val="20"/>
              </w:rPr>
              <w:br/>
              <w:t>Expert user = 3 pp. (Max 3 pp.)</w:t>
            </w:r>
          </w:p>
        </w:tc>
        <w:tc>
          <w:tcPr>
            <w:tcW w:w="2160" w:type="dxa"/>
          </w:tcPr>
          <w:p w14:paraId="7B5DF830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7E7" w:rsidRPr="00B3313F" w14:paraId="466F0FCD" w14:textId="77777777">
        <w:tc>
          <w:tcPr>
            <w:tcW w:w="2160" w:type="dxa"/>
          </w:tcPr>
          <w:p w14:paraId="31E9750F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B/B1</w:t>
            </w:r>
          </w:p>
        </w:tc>
        <w:tc>
          <w:tcPr>
            <w:tcW w:w="2160" w:type="dxa"/>
          </w:tcPr>
          <w:p w14:paraId="643C88D4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TOTALE SEZIONE B / B1 [MAX 16 PP.]</w:t>
            </w:r>
          </w:p>
        </w:tc>
        <w:tc>
          <w:tcPr>
            <w:tcW w:w="2160" w:type="dxa"/>
          </w:tcPr>
          <w:p w14:paraId="015A18B1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60" w:type="dxa"/>
          </w:tcPr>
          <w:p w14:paraId="7871F273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0AE85C23" w14:textId="77777777">
        <w:tc>
          <w:tcPr>
            <w:tcW w:w="2160" w:type="dxa"/>
          </w:tcPr>
          <w:p w14:paraId="2DBE11C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6FBBCA43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8. Esperienza di 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docenza per corsi B1 Preliminary</w:t>
            </w:r>
          </w:p>
        </w:tc>
        <w:tc>
          <w:tcPr>
            <w:tcW w:w="2160" w:type="dxa"/>
          </w:tcPr>
          <w:p w14:paraId="124B728A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 p. ogni incarico (Max 5 pp. - 5 incarichi)</w:t>
            </w:r>
          </w:p>
        </w:tc>
        <w:tc>
          <w:tcPr>
            <w:tcW w:w="2160" w:type="dxa"/>
          </w:tcPr>
          <w:p w14:paraId="7375D7E5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265B728D" w14:textId="77777777">
        <w:tc>
          <w:tcPr>
            <w:tcW w:w="2160" w:type="dxa"/>
          </w:tcPr>
          <w:p w14:paraId="0F236C95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5D0936A4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9. Esperienza di docenza per corsi B2 First</w:t>
            </w:r>
          </w:p>
        </w:tc>
        <w:tc>
          <w:tcPr>
            <w:tcW w:w="2160" w:type="dxa"/>
          </w:tcPr>
          <w:p w14:paraId="4582195B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 p. ogni incarico (Max 5 pp. - 5 incarichi)</w:t>
            </w:r>
          </w:p>
        </w:tc>
        <w:tc>
          <w:tcPr>
            <w:tcW w:w="2160" w:type="dxa"/>
          </w:tcPr>
          <w:p w14:paraId="2B13817D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1104C5E2" w14:textId="77777777">
        <w:tc>
          <w:tcPr>
            <w:tcW w:w="2160" w:type="dxa"/>
          </w:tcPr>
          <w:p w14:paraId="1D465268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2DD428B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10. Esperienza di docenza per corsi C1 Advanced</w:t>
            </w:r>
          </w:p>
        </w:tc>
        <w:tc>
          <w:tcPr>
            <w:tcW w:w="2160" w:type="dxa"/>
          </w:tcPr>
          <w:p w14:paraId="3F29B7A9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 p. ogni incarico (Max 5 pp. - </w:t>
            </w: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5 incarichi)</w:t>
            </w:r>
          </w:p>
        </w:tc>
        <w:tc>
          <w:tcPr>
            <w:tcW w:w="2160" w:type="dxa"/>
          </w:tcPr>
          <w:p w14:paraId="3E77B26D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18654B1D" w14:textId="77777777">
        <w:tc>
          <w:tcPr>
            <w:tcW w:w="2160" w:type="dxa"/>
          </w:tcPr>
          <w:p w14:paraId="7F28311C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43F10059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11. Esperienza di docenza per corsi di preparazione Oxford Test of English</w:t>
            </w:r>
          </w:p>
        </w:tc>
        <w:tc>
          <w:tcPr>
            <w:tcW w:w="2160" w:type="dxa"/>
          </w:tcPr>
          <w:p w14:paraId="0FA735DE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 p. ogni incarico (Max 5 pp. - 5 incarichi)</w:t>
            </w:r>
          </w:p>
        </w:tc>
        <w:tc>
          <w:tcPr>
            <w:tcW w:w="2160" w:type="dxa"/>
          </w:tcPr>
          <w:p w14:paraId="1CCA4FD4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26E3D763" w14:textId="77777777">
        <w:tc>
          <w:tcPr>
            <w:tcW w:w="2160" w:type="dxa"/>
          </w:tcPr>
          <w:p w14:paraId="00FF5BE0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160" w:type="dxa"/>
          </w:tcPr>
          <w:p w14:paraId="5F7446A9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TOTALE SEZIONE C [MAX 20 PP.]</w:t>
            </w:r>
          </w:p>
        </w:tc>
        <w:tc>
          <w:tcPr>
            <w:tcW w:w="2160" w:type="dxa"/>
          </w:tcPr>
          <w:p w14:paraId="0AC7BAA2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60" w:type="dxa"/>
          </w:tcPr>
          <w:p w14:paraId="2B4F93BF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BD57E7" w:rsidRPr="00B3313F" w14:paraId="79464BBD" w14:textId="77777777">
        <w:tc>
          <w:tcPr>
            <w:tcW w:w="2160" w:type="dxa"/>
          </w:tcPr>
          <w:p w14:paraId="0DCAB202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TOT</w:t>
            </w:r>
          </w:p>
        </w:tc>
        <w:tc>
          <w:tcPr>
            <w:tcW w:w="2160" w:type="dxa"/>
          </w:tcPr>
          <w:p w14:paraId="341B9D51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TOTALE MASSIMO PUNTEGGI SEZIONI A, B/B1 e C</w:t>
            </w:r>
          </w:p>
        </w:tc>
        <w:tc>
          <w:tcPr>
            <w:tcW w:w="2160" w:type="dxa"/>
          </w:tcPr>
          <w:p w14:paraId="226EF4CF" w14:textId="77777777" w:rsidR="00BD57E7" w:rsidRPr="00B3313F" w:rsidRDefault="00B331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313F">
              <w:rPr>
                <w:rFonts w:ascii="Times New Roman" w:hAnsi="Times New Roman" w:cs="Times New Roman"/>
                <w:sz w:val="20"/>
                <w:szCs w:val="20"/>
              </w:rPr>
              <w:t>MAX 49 PP.</w:t>
            </w:r>
          </w:p>
        </w:tc>
        <w:tc>
          <w:tcPr>
            <w:tcW w:w="2160" w:type="dxa"/>
          </w:tcPr>
          <w:p w14:paraId="15B26E83" w14:textId="77777777" w:rsidR="00BD57E7" w:rsidRPr="00B3313F" w:rsidRDefault="00BD5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D47BB0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Per facilitare il la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voro della Commissione, gli aspiranti sono pregati di evidenziare in grassetto nel CV il possesso dei titoli culturali e professionali che inseriscono nella presente Tabella.</w:t>
      </w:r>
    </w:p>
    <w:p w14:paraId="2A99C350" w14:textId="77777777" w:rsidR="00BD57E7" w:rsidRPr="00B3313F" w:rsidRDefault="00B3313F">
      <w:pPr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  <w:r w:rsidRPr="00B3313F">
        <w:rPr>
          <w:rFonts w:ascii="Times New Roman" w:hAnsi="Times New Roman" w:cs="Times New Roman"/>
          <w:sz w:val="20"/>
          <w:szCs w:val="20"/>
        </w:rPr>
        <w:t>Data _______________                                FIRMA ______________________</w:t>
      </w:r>
      <w:r w:rsidRPr="00B3313F">
        <w:rPr>
          <w:rFonts w:ascii="Times New Roman" w:hAnsi="Times New Roman" w:cs="Times New Roman"/>
          <w:sz w:val="20"/>
          <w:szCs w:val="20"/>
        </w:rPr>
        <w:t>_</w:t>
      </w:r>
    </w:p>
    <w:sectPr w:rsidR="00BD57E7" w:rsidRPr="00B331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3313F"/>
    <w:rsid w:val="00B47730"/>
    <w:rsid w:val="00BD57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96ACB"/>
  <w14:defaultImageDpi w14:val="300"/>
  <w15:docId w15:val="{87C195C9-5AFB-40E2-BA7A-C5DF5318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danil</cp:lastModifiedBy>
  <cp:revision>2</cp:revision>
  <dcterms:created xsi:type="dcterms:W3CDTF">2026-09-21T10:09:00Z</dcterms:created>
  <dcterms:modified xsi:type="dcterms:W3CDTF">2026-09-21T10:09:00Z</dcterms:modified>
  <cp:category/>
</cp:coreProperties>
</file>