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F6B9C54" w14:textId="77777777" w:rsidR="00BD57E7" w:rsidRPr="00B3313F" w:rsidRDefault="00B3313F">
      <w:pPr>
        <w:pStyle w:val="Titolo1"/>
        <w:rPr>
          <w:rFonts w:ascii="Times New Roman" w:hAnsi="Times New Roman" w:cs="Times New Roman"/>
          <w:color w:val="auto"/>
          <w:sz w:val="20"/>
          <w:szCs w:val="20"/>
        </w:rPr>
      </w:pPr>
      <w:r w:rsidRPr="00B3313F">
        <w:rPr>
          <w:rFonts w:ascii="Times New Roman" w:hAnsi="Times New Roman" w:cs="Times New Roman"/>
          <w:color w:val="auto"/>
          <w:sz w:val="20"/>
          <w:szCs w:val="20"/>
        </w:rPr>
        <w:t>ALLEGATO 3</w:t>
      </w:r>
    </w:p>
    <w:p w14:paraId="4E590773" w14:textId="77777777" w:rsidR="00BD57E7" w:rsidRPr="00B3313F" w:rsidRDefault="00B3313F" w:rsidP="00B3313F">
      <w:pPr>
        <w:jc w:val="right"/>
        <w:rPr>
          <w:rFonts w:ascii="Times New Roman" w:hAnsi="Times New Roman" w:cs="Times New Roman"/>
          <w:sz w:val="20"/>
          <w:szCs w:val="20"/>
        </w:rPr>
      </w:pPr>
      <w:r w:rsidRPr="00B3313F">
        <w:rPr>
          <w:rFonts w:ascii="Times New Roman" w:hAnsi="Times New Roman" w:cs="Times New Roman"/>
          <w:sz w:val="20"/>
          <w:szCs w:val="20"/>
        </w:rPr>
        <w:t>Al Dirigente Scolastico dell'I.I.S. BUNIVA</w:t>
      </w:r>
      <w:r w:rsidRPr="00B3313F">
        <w:rPr>
          <w:rFonts w:ascii="Times New Roman" w:hAnsi="Times New Roman" w:cs="Times New Roman"/>
          <w:sz w:val="20"/>
          <w:szCs w:val="20"/>
        </w:rPr>
        <w:br/>
        <w:t>Prof.ssa Patrizia Palagonia</w:t>
      </w:r>
      <w:r w:rsidRPr="00B3313F">
        <w:rPr>
          <w:rFonts w:ascii="Times New Roman" w:hAnsi="Times New Roman" w:cs="Times New Roman"/>
          <w:sz w:val="20"/>
          <w:szCs w:val="20"/>
        </w:rPr>
        <w:br/>
      </w:r>
    </w:p>
    <w:p w14:paraId="487FA4D0" w14:textId="77777777" w:rsidR="00BD57E7" w:rsidRPr="00B3313F" w:rsidRDefault="00B3313F">
      <w:pPr>
        <w:rPr>
          <w:rFonts w:ascii="Times New Roman" w:hAnsi="Times New Roman" w:cs="Times New Roman"/>
          <w:sz w:val="20"/>
          <w:szCs w:val="20"/>
        </w:rPr>
      </w:pPr>
      <w:r w:rsidRPr="00B3313F">
        <w:rPr>
          <w:rFonts w:ascii="Times New Roman" w:hAnsi="Times New Roman" w:cs="Times New Roman"/>
          <w:b/>
          <w:sz w:val="20"/>
          <w:szCs w:val="20"/>
        </w:rPr>
        <w:t xml:space="preserve">Oggetto: DOMANDA DI PARTECIPAZIONE ALL’AVVISO DI SELEZIONE DI ESPERTI PER CORSI DI PREPARAZIONE CERTIFICAZIONI LINGUISTICHE CAMBRIDGE ENGLISH B1 PRELIMINARY FOR </w:t>
      </w:r>
      <w:r w:rsidRPr="00B3313F">
        <w:rPr>
          <w:rFonts w:ascii="Times New Roman" w:hAnsi="Times New Roman" w:cs="Times New Roman"/>
          <w:b/>
          <w:sz w:val="20"/>
          <w:szCs w:val="20"/>
        </w:rPr>
        <w:t>SCHOOLS - CAMBRIDGE ENGLISH B2 FIRST FOR SCHOOLS - CAMBRIDGE ENGLISH C1 ADVANCED - CORSI DI PREPARAZIONE ALL’OXFORD TEST OF ENGLISH A.S. 2026-2027</w:t>
      </w:r>
    </w:p>
    <w:p w14:paraId="63E297D3" w14:textId="77777777" w:rsidR="00BD57E7" w:rsidRPr="00B3313F" w:rsidRDefault="00B3313F">
      <w:pPr>
        <w:rPr>
          <w:rFonts w:ascii="Times New Roman" w:hAnsi="Times New Roman" w:cs="Times New Roman"/>
          <w:sz w:val="20"/>
          <w:szCs w:val="20"/>
        </w:rPr>
      </w:pPr>
      <w:r w:rsidRPr="00B3313F">
        <w:rPr>
          <w:rFonts w:ascii="Times New Roman" w:hAnsi="Times New Roman" w:cs="Times New Roman"/>
          <w:sz w:val="20"/>
          <w:szCs w:val="20"/>
        </w:rPr>
        <w:br/>
        <w:t xml:space="preserve">Il/la sottoscritto/a _______________________ nato/a a __________________ (_______) il _______________, C.F. </w:t>
      </w:r>
      <w:r w:rsidRPr="00B3313F">
        <w:rPr>
          <w:rFonts w:ascii="Times New Roman" w:hAnsi="Times New Roman" w:cs="Times New Roman"/>
          <w:sz w:val="20"/>
          <w:szCs w:val="20"/>
        </w:rPr>
        <w:t>_____________________ residente a ________________ (______) in __________________________, n. _____ tel. _____________________ mail _____________________</w:t>
      </w:r>
    </w:p>
    <w:p w14:paraId="06E778CF" w14:textId="77777777" w:rsidR="00BD57E7" w:rsidRPr="00B3313F" w:rsidRDefault="00B3313F" w:rsidP="00B3313F">
      <w:pPr>
        <w:pStyle w:val="Titolo2"/>
        <w:jc w:val="center"/>
        <w:rPr>
          <w:rFonts w:ascii="Times New Roman" w:hAnsi="Times New Roman" w:cs="Times New Roman"/>
          <w:color w:val="auto"/>
          <w:sz w:val="20"/>
          <w:szCs w:val="20"/>
        </w:rPr>
      </w:pPr>
      <w:r w:rsidRPr="00B3313F">
        <w:rPr>
          <w:rFonts w:ascii="Times New Roman" w:hAnsi="Times New Roman" w:cs="Times New Roman"/>
          <w:color w:val="auto"/>
          <w:sz w:val="20"/>
          <w:szCs w:val="20"/>
        </w:rPr>
        <w:br/>
        <w:t>DICHIARA</w:t>
      </w:r>
    </w:p>
    <w:p w14:paraId="79125A0A" w14:textId="77777777" w:rsidR="00BD57E7" w:rsidRPr="00B3313F" w:rsidRDefault="00B3313F">
      <w:pPr>
        <w:rPr>
          <w:rFonts w:ascii="Times New Roman" w:hAnsi="Times New Roman" w:cs="Times New Roman"/>
          <w:sz w:val="20"/>
          <w:szCs w:val="20"/>
        </w:rPr>
      </w:pPr>
      <w:r w:rsidRPr="00B3313F">
        <w:rPr>
          <w:rFonts w:ascii="Times New Roman" w:hAnsi="Times New Roman" w:cs="Times New Roman"/>
          <w:sz w:val="20"/>
          <w:szCs w:val="20"/>
        </w:rPr>
        <w:t>[  ] di aver preso visione dell’Informativa ai sensi dell'art. 13 del Regolamento UE 2016/67</w:t>
      </w:r>
      <w:r w:rsidRPr="00B3313F">
        <w:rPr>
          <w:rFonts w:ascii="Times New Roman" w:hAnsi="Times New Roman" w:cs="Times New Roman"/>
          <w:sz w:val="20"/>
          <w:szCs w:val="20"/>
        </w:rPr>
        <w:t>9 (GDPR) per dipendenti e collaboratori, pubblicata sul sito dell'Istituto, nella sezione Privacy;</w:t>
      </w:r>
    </w:p>
    <w:p w14:paraId="50151E5A" w14:textId="77777777" w:rsidR="00BD57E7" w:rsidRPr="00B3313F" w:rsidRDefault="00B3313F">
      <w:pPr>
        <w:rPr>
          <w:rFonts w:ascii="Times New Roman" w:hAnsi="Times New Roman" w:cs="Times New Roman"/>
          <w:sz w:val="20"/>
          <w:szCs w:val="20"/>
        </w:rPr>
      </w:pPr>
      <w:r w:rsidRPr="00B3313F">
        <w:rPr>
          <w:rFonts w:ascii="Times New Roman" w:hAnsi="Times New Roman" w:cs="Times New Roman"/>
          <w:sz w:val="20"/>
          <w:szCs w:val="20"/>
        </w:rPr>
        <w:t>[  ] di autorizzare il trattamento dei dati raccolti nel procedimento di cui all'oggetto, ai sensi e agli effetti di cui all’Art. 13 del Regolamento UE 2016/</w:t>
      </w:r>
      <w:r w:rsidRPr="00B3313F">
        <w:rPr>
          <w:rFonts w:ascii="Times New Roman" w:hAnsi="Times New Roman" w:cs="Times New Roman"/>
          <w:sz w:val="20"/>
          <w:szCs w:val="20"/>
        </w:rPr>
        <w:t>679 (GDPR).</w:t>
      </w:r>
    </w:p>
    <w:p w14:paraId="553A521D" w14:textId="77777777" w:rsidR="00BD57E7" w:rsidRPr="00B3313F" w:rsidRDefault="00B3313F">
      <w:pPr>
        <w:rPr>
          <w:rFonts w:ascii="Times New Roman" w:hAnsi="Times New Roman" w:cs="Times New Roman"/>
          <w:sz w:val="20"/>
          <w:szCs w:val="20"/>
        </w:rPr>
      </w:pPr>
      <w:r w:rsidRPr="00B3313F">
        <w:rPr>
          <w:rFonts w:ascii="Times New Roman" w:hAnsi="Times New Roman" w:cs="Times New Roman"/>
          <w:sz w:val="20"/>
          <w:szCs w:val="20"/>
        </w:rPr>
        <w:br/>
        <w:t>Pinerolo, _______________                                FIRMA _______________________</w:t>
      </w:r>
    </w:p>
    <w:sectPr w:rsidR="00BD57E7" w:rsidRPr="00B3313F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oelenco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oelenco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Puntoelenco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Puntoelenco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hyphenationZone w:val="283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3313F"/>
    <w:rsid w:val="00B47730"/>
    <w:rsid w:val="00BD57E7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5AD59F4"/>
  <w14:defaultImageDpi w14:val="300"/>
  <w15:docId w15:val="{87C195C9-5AFB-40E2-BA7A-C5DF531810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5" w:semiHidden="1" w:unhideWhenUsed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C693F"/>
  </w:style>
  <w:style w:type="paragraph" w:styleId="Titolo1">
    <w:name w:val="heading 1"/>
    <w:basedOn w:val="Normale"/>
    <w:next w:val="Normale"/>
    <w:link w:val="Titolo1Carattere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618BF"/>
  </w:style>
  <w:style w:type="paragraph" w:styleId="Pidipagina">
    <w:name w:val="footer"/>
    <w:basedOn w:val="Normale"/>
    <w:link w:val="Pidipagina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618BF"/>
  </w:style>
  <w:style w:type="paragraph" w:styleId="Nessunaspaziatura">
    <w:name w:val="No Spacing"/>
    <w:uiPriority w:val="1"/>
    <w:qFormat/>
    <w:rsid w:val="00FC693F"/>
    <w:pPr>
      <w:spacing w:after="0" w:line="240" w:lineRule="auto"/>
    </w:pPr>
  </w:style>
  <w:style w:type="character" w:customStyle="1" w:styleId="Titolo1Carattere">
    <w:name w:val="Titolo 1 Carattere"/>
    <w:basedOn w:val="Carpredefinitoparagrafo"/>
    <w:link w:val="Tito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">
    <w:name w:val="Title"/>
    <w:basedOn w:val="Normale"/>
    <w:next w:val="Normale"/>
    <w:link w:val="TitoloCarattere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oloCarattere">
    <w:name w:val="Titolo Carattere"/>
    <w:basedOn w:val="Carpredefinitoparagrafo"/>
    <w:link w:val="Tito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FC693F"/>
    <w:pPr>
      <w:ind w:left="720"/>
      <w:contextualSpacing/>
    </w:pPr>
  </w:style>
  <w:style w:type="paragraph" w:styleId="Corpotesto">
    <w:name w:val="Body Text"/>
    <w:basedOn w:val="Normale"/>
    <w:link w:val="CorpotestoCarattere"/>
    <w:uiPriority w:val="99"/>
    <w:unhideWhenUsed/>
    <w:rsid w:val="00AA1D8D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AA1D8D"/>
  </w:style>
  <w:style w:type="paragraph" w:styleId="Corpodeltesto2">
    <w:name w:val="Body Text 2"/>
    <w:basedOn w:val="Normale"/>
    <w:link w:val="Corpodeltesto2Carattere"/>
    <w:uiPriority w:val="99"/>
    <w:unhideWhenUsed/>
    <w:rsid w:val="00AA1D8D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AA1D8D"/>
  </w:style>
  <w:style w:type="paragraph" w:styleId="Corpodeltesto3">
    <w:name w:val="Body Text 3"/>
    <w:basedOn w:val="Normale"/>
    <w:link w:val="Corpodeltesto3Carattere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AA1D8D"/>
    <w:rPr>
      <w:sz w:val="16"/>
      <w:szCs w:val="16"/>
    </w:rPr>
  </w:style>
  <w:style w:type="paragraph" w:styleId="Elenco">
    <w:name w:val="List"/>
    <w:basedOn w:val="Normale"/>
    <w:uiPriority w:val="99"/>
    <w:unhideWhenUsed/>
    <w:rsid w:val="00AA1D8D"/>
    <w:pPr>
      <w:ind w:left="360" w:hanging="360"/>
      <w:contextualSpacing/>
    </w:pPr>
  </w:style>
  <w:style w:type="paragraph" w:styleId="Elenco2">
    <w:name w:val="List 2"/>
    <w:basedOn w:val="Normale"/>
    <w:uiPriority w:val="99"/>
    <w:unhideWhenUsed/>
    <w:rsid w:val="00326F90"/>
    <w:pPr>
      <w:ind w:left="720" w:hanging="360"/>
      <w:contextualSpacing/>
    </w:pPr>
  </w:style>
  <w:style w:type="paragraph" w:styleId="Elenco3">
    <w:name w:val="List 3"/>
    <w:basedOn w:val="Normale"/>
    <w:uiPriority w:val="99"/>
    <w:unhideWhenUsed/>
    <w:rsid w:val="00326F90"/>
    <w:pPr>
      <w:ind w:left="1080" w:hanging="360"/>
      <w:contextualSpacing/>
    </w:pPr>
  </w:style>
  <w:style w:type="paragraph" w:styleId="Puntoelenco">
    <w:name w:val="List Bullet"/>
    <w:basedOn w:val="Normale"/>
    <w:uiPriority w:val="99"/>
    <w:unhideWhenUsed/>
    <w:rsid w:val="00326F90"/>
    <w:pPr>
      <w:numPr>
        <w:numId w:val="1"/>
      </w:numPr>
      <w:contextualSpacing/>
    </w:pPr>
  </w:style>
  <w:style w:type="paragraph" w:styleId="Puntoelenco2">
    <w:name w:val="List Bullet 2"/>
    <w:basedOn w:val="Normale"/>
    <w:uiPriority w:val="99"/>
    <w:unhideWhenUsed/>
    <w:rsid w:val="00326F90"/>
    <w:pPr>
      <w:numPr>
        <w:numId w:val="2"/>
      </w:numPr>
      <w:contextualSpacing/>
    </w:pPr>
  </w:style>
  <w:style w:type="paragraph" w:styleId="Puntoelenco3">
    <w:name w:val="List Bullet 3"/>
    <w:basedOn w:val="Normale"/>
    <w:uiPriority w:val="99"/>
    <w:unhideWhenUsed/>
    <w:rsid w:val="00326F90"/>
    <w:pPr>
      <w:numPr>
        <w:numId w:val="3"/>
      </w:numPr>
      <w:contextualSpacing/>
    </w:pPr>
  </w:style>
  <w:style w:type="paragraph" w:styleId="Numeroelenco">
    <w:name w:val="List Number"/>
    <w:basedOn w:val="Normale"/>
    <w:uiPriority w:val="99"/>
    <w:unhideWhenUsed/>
    <w:rsid w:val="00326F90"/>
    <w:pPr>
      <w:numPr>
        <w:numId w:val="5"/>
      </w:numPr>
      <w:contextualSpacing/>
    </w:pPr>
  </w:style>
  <w:style w:type="paragraph" w:styleId="Numeroelenco2">
    <w:name w:val="List Number 2"/>
    <w:basedOn w:val="Normale"/>
    <w:uiPriority w:val="99"/>
    <w:unhideWhenUsed/>
    <w:rsid w:val="0029639D"/>
    <w:pPr>
      <w:numPr>
        <w:numId w:val="6"/>
      </w:numPr>
      <w:contextualSpacing/>
    </w:pPr>
  </w:style>
  <w:style w:type="paragraph" w:styleId="Numeroelenco3">
    <w:name w:val="List Number 3"/>
    <w:basedOn w:val="Normale"/>
    <w:uiPriority w:val="99"/>
    <w:unhideWhenUsed/>
    <w:rsid w:val="0029639D"/>
    <w:pPr>
      <w:numPr>
        <w:numId w:val="7"/>
      </w:numPr>
      <w:contextualSpacing/>
    </w:pPr>
  </w:style>
  <w:style w:type="paragraph" w:styleId="Elencocontinua">
    <w:name w:val="List Continue"/>
    <w:basedOn w:val="Normale"/>
    <w:uiPriority w:val="99"/>
    <w:unhideWhenUsed/>
    <w:rsid w:val="0029639D"/>
    <w:pPr>
      <w:spacing w:after="120"/>
      <w:ind w:left="360"/>
      <w:contextualSpacing/>
    </w:pPr>
  </w:style>
  <w:style w:type="paragraph" w:styleId="Elencocontinua2">
    <w:name w:val="List Continue 2"/>
    <w:basedOn w:val="Normale"/>
    <w:uiPriority w:val="99"/>
    <w:unhideWhenUsed/>
    <w:rsid w:val="0029639D"/>
    <w:pPr>
      <w:spacing w:after="120"/>
      <w:ind w:left="720"/>
      <w:contextualSpacing/>
    </w:pPr>
  </w:style>
  <w:style w:type="paragraph" w:styleId="Elencocontinua3">
    <w:name w:val="List Continue 3"/>
    <w:basedOn w:val="Normale"/>
    <w:uiPriority w:val="99"/>
    <w:unhideWhenUsed/>
    <w:rsid w:val="0029639D"/>
    <w:pPr>
      <w:spacing w:after="120"/>
      <w:ind w:left="1080"/>
      <w:contextualSpacing/>
    </w:pPr>
  </w:style>
  <w:style w:type="paragraph" w:styleId="Testomacro">
    <w:name w:val="macro"/>
    <w:link w:val="TestomacroCarattere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stomacroCarattere">
    <w:name w:val="Testo macro Carattere"/>
    <w:basedOn w:val="Carpredefinitoparagrafo"/>
    <w:link w:val="Testomacro"/>
    <w:uiPriority w:val="99"/>
    <w:rsid w:val="0029639D"/>
    <w:rPr>
      <w:rFonts w:ascii="Courier" w:hAnsi="Courier"/>
      <w:sz w:val="20"/>
      <w:szCs w:val="20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C693F"/>
    <w:rPr>
      <w:i/>
      <w:iCs/>
      <w:color w:val="000000" w:themeColor="text1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C693F"/>
    <w:rPr>
      <w:i/>
      <w:iCs/>
      <w:color w:val="000000" w:themeColor="text1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Enfasigrassetto">
    <w:name w:val="Strong"/>
    <w:basedOn w:val="Carpredefinitoparagrafo"/>
    <w:uiPriority w:val="22"/>
    <w:qFormat/>
    <w:rsid w:val="00FC693F"/>
    <w:rPr>
      <w:b/>
      <w:bCs/>
    </w:rPr>
  </w:style>
  <w:style w:type="character" w:styleId="Enfasicorsivo">
    <w:name w:val="Emphasis"/>
    <w:basedOn w:val="Carpredefinitoparagrafo"/>
    <w:uiPriority w:val="20"/>
    <w:qFormat/>
    <w:rsid w:val="00FC693F"/>
    <w:rPr>
      <w:i/>
      <w:iCs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C693F"/>
    <w:rPr>
      <w:b/>
      <w:bCs/>
      <w:i/>
      <w:iCs/>
      <w:color w:val="4F81BD" w:themeColor="accent1"/>
    </w:rPr>
  </w:style>
  <w:style w:type="character" w:styleId="Enfasidelicata">
    <w:name w:val="Subtle Emphasis"/>
    <w:basedOn w:val="Carpredefinitoparagrafo"/>
    <w:uiPriority w:val="19"/>
    <w:qFormat/>
    <w:rsid w:val="00FC693F"/>
    <w:rPr>
      <w:i/>
      <w:iCs/>
      <w:color w:val="808080" w:themeColor="text1" w:themeTint="7F"/>
    </w:rPr>
  </w:style>
  <w:style w:type="character" w:styleId="Enfasiintensa">
    <w:name w:val="Intense Emphasis"/>
    <w:basedOn w:val="Carpredefinitoparagrafo"/>
    <w:uiPriority w:val="21"/>
    <w:qFormat/>
    <w:rsid w:val="00FC693F"/>
    <w:rPr>
      <w:b/>
      <w:bCs/>
      <w:i/>
      <w:iCs/>
      <w:color w:val="4F81BD" w:themeColor="accent1"/>
    </w:rPr>
  </w:style>
  <w:style w:type="character" w:styleId="Riferimentodelicato">
    <w:name w:val="Subtle Reference"/>
    <w:basedOn w:val="Carpredefinitoparagrafo"/>
    <w:uiPriority w:val="31"/>
    <w:qFormat/>
    <w:rsid w:val="00FC693F"/>
    <w:rPr>
      <w:smallCaps/>
      <w:color w:val="C0504D" w:themeColor="accent2"/>
      <w:u w:val="single"/>
    </w:rPr>
  </w:style>
  <w:style w:type="character" w:styleId="Riferimentointenso">
    <w:name w:val="Intense Reference"/>
    <w:basedOn w:val="Carpredefinitoparagraf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olodellibro">
    <w:name w:val="Book Title"/>
    <w:basedOn w:val="Carpredefinitoparagrafo"/>
    <w:uiPriority w:val="33"/>
    <w:qFormat/>
    <w:rsid w:val="00FC693F"/>
    <w:rPr>
      <w:b/>
      <w:bCs/>
      <w:smallCaps/>
      <w:spacing w:val="5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FC693F"/>
    <w:pPr>
      <w:outlineLvl w:val="9"/>
    </w:pPr>
  </w:style>
  <w:style w:type="table" w:styleId="Grigliatabella">
    <w:name w:val="Table Grid"/>
    <w:basedOn w:val="Tabellanormale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fondochiaro">
    <w:name w:val="Light Shading"/>
    <w:basedOn w:val="Tabellanorma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fondochiaro-Colore1">
    <w:name w:val="Light Shading Accent 1"/>
    <w:basedOn w:val="Tabellanorma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fondochiaro-Colore2">
    <w:name w:val="Light Shading Accent 2"/>
    <w:basedOn w:val="Tabellanorma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fondochiaro-Colore3">
    <w:name w:val="Light Shading Accent 3"/>
    <w:basedOn w:val="Tabellanorma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fondochiaro-Colore4">
    <w:name w:val="Light Shading Accent 4"/>
    <w:basedOn w:val="Tabellanorma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fondochiaro-Colore5">
    <w:name w:val="Light Shading Accent 5"/>
    <w:basedOn w:val="Tabellanorma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fondochiaro-Colore6">
    <w:name w:val="Light Shading Accent 6"/>
    <w:basedOn w:val="Tabellanorma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Elencochiaro">
    <w:name w:val="Light List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Elencochiaro-Colore1">
    <w:name w:val="Light List Accent 1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Elencochiaro-Colore2">
    <w:name w:val="Light List Accent 2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Elencochiaro-Colore3">
    <w:name w:val="Light List Accent 3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Elencochiaro-Colore4">
    <w:name w:val="Light List Accent 4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Elencochiaro-Colore5">
    <w:name w:val="Light List Accent 5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Elencochiaro-Colore6">
    <w:name w:val="Light List Accent 6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gliachiara">
    <w:name w:val="Light Grid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gliachiara-Colore1">
    <w:name w:val="Light Grid Accent 1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gliachiara-Colore2">
    <w:name w:val="Light Grid Accent 2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gliachiara-Colore3">
    <w:name w:val="Light Grid Accent 3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gliachiara-Colore4">
    <w:name w:val="Light Grid Accent 4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gliachiara-Colore5">
    <w:name w:val="Light Grid Accent 5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gliachiara-Colore6">
    <w:name w:val="Light Grid Accent 6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fondomedio1">
    <w:name w:val="Medium Shading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1">
    <w:name w:val="Medium Shading 1 Accent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2">
    <w:name w:val="Medium Shading 1 Accent 2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3">
    <w:name w:val="Medium Shading 1 Accent 3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4">
    <w:name w:val="Medium Shading 1 Accent 4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5">
    <w:name w:val="Medium Shading 1 Accent 5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6">
    <w:name w:val="Medium Shading 1 Accent 6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2">
    <w:name w:val="Medium Shading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1">
    <w:name w:val="Medium Shading 2 Accent 1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2">
    <w:name w:val="Medium Shading 2 Accent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3">
    <w:name w:val="Medium Shading 2 Accent 3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4">
    <w:name w:val="Medium Shading 2 Accent 4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5">
    <w:name w:val="Medium Shading 2 Accent 5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6">
    <w:name w:val="Medium Shading 2 Accent 6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Elencomedio1">
    <w:name w:val="Medium Lis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Elencomedio1-Colore1">
    <w:name w:val="Medium List 1 Accen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Elencomedio1-Colore2">
    <w:name w:val="Medium List 1 Accent 2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Elencomedio1-Colore3">
    <w:name w:val="Medium List 1 Accent 3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Elencomedio1-Colore4">
    <w:name w:val="Medium List 1 Accent 4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Elencomedio1-Colore5">
    <w:name w:val="Medium List 1 Accent 5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Elencomedio1-Colore6">
    <w:name w:val="Medium List 1 Accent 6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Elencomedio2">
    <w:name w:val="Medium Lis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1">
    <w:name w:val="Medium List 2 Accent 1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2">
    <w:name w:val="Medium List 2 Accen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3">
    <w:name w:val="Medium List 2 Accent 3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4">
    <w:name w:val="Medium List 2 Accent 4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5">
    <w:name w:val="Medium List 2 Accent 5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6">
    <w:name w:val="Medium List 2 Accent 6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gliamedia1">
    <w:name w:val="Medium Grid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media1-Colore1">
    <w:name w:val="Medium Grid 1 Accent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media1-Colore2">
    <w:name w:val="Medium Grid 1 Accent 2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media1-Colore3">
    <w:name w:val="Medium Grid 1 Accent 3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media1-Colore4">
    <w:name w:val="Medium Grid 1 Accent 4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media1-Colore5">
    <w:name w:val="Medium Grid 1 Accent 5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media1-Colore6">
    <w:name w:val="Medium Grid 1 Accent 6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gliamedia2">
    <w:name w:val="Medium Grid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1">
    <w:name w:val="Medium Grid 2 Accent 1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2">
    <w:name w:val="Medium Grid 2 Accent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3">
    <w:name w:val="Medium Grid 2 Accent 3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4">
    <w:name w:val="Medium Grid 2 Accent 4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5">
    <w:name w:val="Medium Grid 2 Accent 5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6">
    <w:name w:val="Medium Grid 2 Accent 6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3">
    <w:name w:val="Medium Grid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gliamedia3-Colore1">
    <w:name w:val="Medium Grid 3 Accent 1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gliamedia3-Colore2">
    <w:name w:val="Medium Grid 3 Accent 2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gliamedia3-Colore3">
    <w:name w:val="Medium Grid 3 Accent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gliamedia3-Colore4">
    <w:name w:val="Medium Grid 3 Accent 4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gliamedia3-Colore5">
    <w:name w:val="Medium Grid 3 Accent 5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gliamedia3-Colore6">
    <w:name w:val="Medium Grid 3 Accent 6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Elencoscuro">
    <w:name w:val="Dark List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Elencoscuro-Colore1">
    <w:name w:val="Dark List Accent 1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Elencoscuro-Colore2">
    <w:name w:val="Dark List Accent 2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Elencoscuro-Colore3">
    <w:name w:val="Dark List Accent 3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Elencoscuro-Colore4">
    <w:name w:val="Dark List Accent 4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Elencoscuro-Colore5">
    <w:name w:val="Dark List Accent 5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Elencoscuro-Colore6">
    <w:name w:val="Dark List Accent 6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fondoacolori">
    <w:name w:val="Colorful Shading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1">
    <w:name w:val="Colorful Shading Accent 1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2">
    <w:name w:val="Colorful Shading Accent 2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3">
    <w:name w:val="Colorful Shading Accent 3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fondoacolori-Colore4">
    <w:name w:val="Colorful Shading Accent 4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5">
    <w:name w:val="Colorful Shading Accent 5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6">
    <w:name w:val="Colorful Shading Accent 6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Elencoacolori">
    <w:name w:val="Colorful List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Elencoacolori-Colore1">
    <w:name w:val="Colorful List Accent 1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Elencoacolori-Colore2">
    <w:name w:val="Colorful List Accent 2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Elencoacolori-Colore3">
    <w:name w:val="Colorful List Accent 3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Elencoacolori-Colore4">
    <w:name w:val="Colorful List Accent 4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Elencoacolori-Colore5">
    <w:name w:val="Colorful List Accent 5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Elencoacolori-Colore6">
    <w:name w:val="Colorful List Accent 6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gliaacolori">
    <w:name w:val="Colorful Grid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acolori-Colore1">
    <w:name w:val="Colorful Grid Accent 1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acolori-Colore2">
    <w:name w:val="Colorful Grid Accent 2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acolori-Colore3">
    <w:name w:val="Colorful Grid Accent 3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acolori-Colore4">
    <w:name w:val="Colorful Grid Accent 4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acolori-Colore5">
    <w:name w:val="Colorful Grid Accent 5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acolori-Colore6">
    <w:name w:val="Colorful Grid Accent 6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165</Words>
  <Characters>947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1110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danil</cp:lastModifiedBy>
  <cp:revision>2</cp:revision>
  <dcterms:created xsi:type="dcterms:W3CDTF">2013-12-23T23:15:00Z</dcterms:created>
  <dcterms:modified xsi:type="dcterms:W3CDTF">2026-09-21T09:59:00Z</dcterms:modified>
  <cp:category/>
</cp:coreProperties>
</file>