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B9C54" w14:textId="77777777" w:rsidR="00BD57E7" w:rsidRPr="00B3313F" w:rsidRDefault="00B3313F">
      <w:pPr>
        <w:pStyle w:val="Titolo1"/>
        <w:rPr>
          <w:rFonts w:ascii="Times New Roman" w:hAnsi="Times New Roman" w:cs="Times New Roman"/>
          <w:color w:val="auto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color w:val="auto"/>
          <w:sz w:val="20"/>
          <w:szCs w:val="20"/>
          <w:lang w:val="it-IT"/>
        </w:rPr>
        <w:t>ALLEGATO 2</w:t>
      </w:r>
    </w:p>
    <w:p w14:paraId="4E590773" w14:textId="77777777" w:rsidR="00BD57E7" w:rsidRPr="00B3313F" w:rsidRDefault="00B3313F" w:rsidP="00B3313F">
      <w:pPr>
        <w:jc w:val="right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Al Dirigente Scolastico dell'I.I.S. BUNIVA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>Prof.ssa Patrizia Palagonia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</w:p>
    <w:p w14:paraId="487FA4D0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b/>
          <w:sz w:val="20"/>
          <w:szCs w:val="20"/>
          <w:lang w:val="it-IT"/>
        </w:rPr>
        <w:t xml:space="preserve">Oggetto: DOMANDA DI PARTECIPAZIONE ALL’AVVISO DI SELEZIONE DI ESPERTI PER CORSI DI PREPARAZIONE CERTIFICAZIONI LINGUISTICHE CAMBRIDGE ENGLISH B1 PRELIMINARY FOR </w:t>
      </w:r>
      <w:r w:rsidRPr="00B3313F">
        <w:rPr>
          <w:rFonts w:ascii="Times New Roman" w:hAnsi="Times New Roman" w:cs="Times New Roman"/>
          <w:b/>
          <w:sz w:val="20"/>
          <w:szCs w:val="20"/>
          <w:lang w:val="it-IT"/>
        </w:rPr>
        <w:t>SCHOOLS - CAMBRIDGE ENGLISH B2 FIRST FOR SCHOOLS - CAMBRIDGE ENGLISH C1 ADVANCED - CORSI DI PREPARAZIONE ALL’OXFORD TEST OF ENGLISH A.S. 2026-2027</w:t>
      </w:r>
    </w:p>
    <w:p w14:paraId="63E297D3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>DICHIARAZIONE SOSTITUTIVA resa ai sensi e per gli effetti del DPR 28 dicembre 2000 n. 445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</w:p>
    <w:p w14:paraId="06E778CF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Il/la sottoscritt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 xml:space="preserve">o/a _______________________ nato/a </w:t>
      </w:r>
      <w:proofErr w:type="spellStart"/>
      <w:r w:rsidRPr="00B3313F">
        <w:rPr>
          <w:rFonts w:ascii="Times New Roman" w:hAnsi="Times New Roman" w:cs="Times New Roman"/>
          <w:sz w:val="20"/>
          <w:szCs w:val="20"/>
          <w:lang w:val="it-IT"/>
        </w:rPr>
        <w:t>a</w:t>
      </w:r>
      <w:proofErr w:type="spellEnd"/>
      <w:r w:rsidRPr="00B3313F">
        <w:rPr>
          <w:rFonts w:ascii="Times New Roman" w:hAnsi="Times New Roman" w:cs="Times New Roman"/>
          <w:sz w:val="20"/>
          <w:szCs w:val="20"/>
          <w:lang w:val="it-IT"/>
        </w:rPr>
        <w:t xml:space="preserve"> __________________ (_______) il _______________, residente a ________________ (______) in __________________________, n. _____ tel. _____________________ mail _____________________</w:t>
      </w:r>
    </w:p>
    <w:p w14:paraId="79125A0A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 xml:space="preserve">Ai sensi e per gli effetti dell’art. 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 xml:space="preserve">76 D.P.R. n. 445/2000, consapevole della responsabilità e delle conseguenze civili e penali previste in caso di dichiarazioni mendaci e/o formazione od uso di atti falsi nonché in caso di esibizione di atti contenenti dati non più corrispondenti a verità, 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>e consapevole, altresì, che qualora emerga la non veridicità del contenuto della presente dichiarazione, il sottoscritto decadrà dai benefici per i quali la stessa è rilasciata,</w:t>
      </w:r>
    </w:p>
    <w:p w14:paraId="50151E5A" w14:textId="77777777" w:rsidR="00BD57E7" w:rsidRPr="00B3313F" w:rsidRDefault="00B3313F" w:rsidP="00B3313F">
      <w:pPr>
        <w:pStyle w:val="Titolo2"/>
        <w:jc w:val="center"/>
        <w:rPr>
          <w:rFonts w:ascii="Times New Roman" w:hAnsi="Times New Roman" w:cs="Times New Roman"/>
          <w:color w:val="auto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  <w:r w:rsidRPr="00B3313F">
        <w:rPr>
          <w:rFonts w:ascii="Times New Roman" w:hAnsi="Times New Roman" w:cs="Times New Roman"/>
          <w:color w:val="auto"/>
          <w:sz w:val="20"/>
          <w:szCs w:val="20"/>
          <w:lang w:val="it-IT"/>
        </w:rPr>
        <w:t>DICHIARA</w:t>
      </w:r>
    </w:p>
    <w:p w14:paraId="553A521D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il possesso dei seguenti titoli culturali e professionali: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18"/>
        <w:gridCol w:w="2483"/>
        <w:gridCol w:w="2133"/>
        <w:gridCol w:w="2122"/>
      </w:tblGrid>
      <w:tr w:rsidR="00BD57E7" w:rsidRPr="00B3313F" w14:paraId="69E3E0E4" w14:textId="77777777">
        <w:tc>
          <w:tcPr>
            <w:tcW w:w="2160" w:type="dxa"/>
          </w:tcPr>
          <w:p w14:paraId="396D0032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Sez.</w:t>
            </w:r>
          </w:p>
        </w:tc>
        <w:tc>
          <w:tcPr>
            <w:tcW w:w="2160" w:type="dxa"/>
          </w:tcPr>
          <w:p w14:paraId="25AD59F4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TIT</w:t>
            </w: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OLI CULTURALI E PROFESSIONALI</w:t>
            </w:r>
          </w:p>
        </w:tc>
        <w:tc>
          <w:tcPr>
            <w:tcW w:w="2160" w:type="dxa"/>
          </w:tcPr>
          <w:p w14:paraId="0660ACAD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Valutazione / Criteri</w:t>
            </w:r>
          </w:p>
        </w:tc>
        <w:tc>
          <w:tcPr>
            <w:tcW w:w="2160" w:type="dxa"/>
          </w:tcPr>
          <w:p w14:paraId="45CD23D1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Auto-Val. (Punti)</w:t>
            </w:r>
          </w:p>
        </w:tc>
      </w:tr>
      <w:tr w:rsidR="00BD57E7" w:rsidRPr="00B3313F" w14:paraId="131B2BAC" w14:textId="77777777">
        <w:tc>
          <w:tcPr>
            <w:tcW w:w="2160" w:type="dxa"/>
          </w:tcPr>
          <w:p w14:paraId="66376E1B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2160" w:type="dxa"/>
          </w:tcPr>
          <w:p w14:paraId="7787F57F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Madrelinguista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(a): Corso studi e titoli da elementari con Laurea in Paese anglofono riconosciuta in Italia</w:t>
            </w:r>
          </w:p>
        </w:tc>
        <w:tc>
          <w:tcPr>
            <w:tcW w:w="2160" w:type="dxa"/>
          </w:tcPr>
          <w:p w14:paraId="35E1F45C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Precedenza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</w:rPr>
              <w:t xml:space="preserve"> a.</w:t>
            </w:r>
          </w:p>
        </w:tc>
        <w:tc>
          <w:tcPr>
            <w:tcW w:w="2160" w:type="dxa"/>
          </w:tcPr>
          <w:p w14:paraId="38684490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7E7" w:rsidRPr="00B3313F" w14:paraId="02CC683B" w14:textId="77777777">
        <w:tc>
          <w:tcPr>
            <w:tcW w:w="2160" w:type="dxa"/>
          </w:tcPr>
          <w:p w14:paraId="1467136B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2160" w:type="dxa"/>
          </w:tcPr>
          <w:p w14:paraId="5160B09C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Madrelinguista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(b): Corso studi e titoli da elementari 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con Diploma in Paese anglofono + Laurea + Certificazione</w:t>
            </w:r>
          </w:p>
        </w:tc>
        <w:tc>
          <w:tcPr>
            <w:tcW w:w="2160" w:type="dxa"/>
          </w:tcPr>
          <w:p w14:paraId="0564281E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Precedenza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</w:rPr>
              <w:t xml:space="preserve"> b.</w:t>
            </w:r>
          </w:p>
        </w:tc>
        <w:tc>
          <w:tcPr>
            <w:tcW w:w="2160" w:type="dxa"/>
          </w:tcPr>
          <w:p w14:paraId="6E63B966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7E7" w:rsidRPr="00B3313F" w14:paraId="4228B775" w14:textId="77777777">
        <w:tc>
          <w:tcPr>
            <w:tcW w:w="2160" w:type="dxa"/>
          </w:tcPr>
          <w:p w14:paraId="76C761BE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2160" w:type="dxa"/>
          </w:tcPr>
          <w:p w14:paraId="59FDACB6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Indicare Precedenza spettante:</w:t>
            </w:r>
          </w:p>
        </w:tc>
        <w:tc>
          <w:tcPr>
            <w:tcW w:w="2160" w:type="dxa"/>
          </w:tcPr>
          <w:p w14:paraId="73D7A83E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[  ]</w:t>
            </w:r>
            <w:proofErr w:type="gramEnd"/>
            <w:r w:rsidRPr="00B3313F">
              <w:rPr>
                <w:rFonts w:ascii="Times New Roman" w:hAnsi="Times New Roman" w:cs="Times New Roman"/>
                <w:sz w:val="20"/>
                <w:szCs w:val="20"/>
              </w:rPr>
              <w:t xml:space="preserve"> SI   [  ] NO</w:t>
            </w:r>
            <w:r w:rsidRPr="00B3313F">
              <w:rPr>
                <w:rFonts w:ascii="Times New Roman" w:hAnsi="Times New Roman" w:cs="Times New Roman"/>
                <w:sz w:val="20"/>
                <w:szCs w:val="20"/>
              </w:rPr>
              <w:br/>
              <w:t>Tipologia: ____</w:t>
            </w:r>
          </w:p>
        </w:tc>
        <w:tc>
          <w:tcPr>
            <w:tcW w:w="2160" w:type="dxa"/>
          </w:tcPr>
          <w:p w14:paraId="335E4278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7E7" w:rsidRPr="00B3313F" w14:paraId="4217E0B5" w14:textId="77777777">
        <w:tc>
          <w:tcPr>
            <w:tcW w:w="2160" w:type="dxa"/>
          </w:tcPr>
          <w:p w14:paraId="2F12D062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2160" w:type="dxa"/>
          </w:tcPr>
          <w:p w14:paraId="7FD10103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1. Laurea specifica Magistrale / II Livello (vecchio/nuovo </w:t>
            </w: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ord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.)</w:t>
            </w:r>
          </w:p>
        </w:tc>
        <w:tc>
          <w:tcPr>
            <w:tcW w:w="2160" w:type="dxa"/>
          </w:tcPr>
          <w:p w14:paraId="1020BFE3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da 66 a 99 = 8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da 100 a 110 = 9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110 con lode = 10 pp.</w:t>
            </w:r>
          </w:p>
        </w:tc>
        <w:tc>
          <w:tcPr>
            <w:tcW w:w="2160" w:type="dxa"/>
          </w:tcPr>
          <w:p w14:paraId="536E1B3D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3EFF7A66" w14:textId="77777777">
        <w:tc>
          <w:tcPr>
            <w:tcW w:w="2160" w:type="dxa"/>
          </w:tcPr>
          <w:p w14:paraId="291448A9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2160" w:type="dxa"/>
          </w:tcPr>
          <w:p w14:paraId="0A344B1F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1a. Laurea specifica I Livello Triennale (in 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alternativa al punto 1)</w:t>
            </w:r>
          </w:p>
        </w:tc>
        <w:tc>
          <w:tcPr>
            <w:tcW w:w="2160" w:type="dxa"/>
          </w:tcPr>
          <w:p w14:paraId="1332A1EE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da 66 a 99 = 5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da 100 a 110 = 6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110 con lode = 7 pp.</w:t>
            </w:r>
          </w:p>
        </w:tc>
        <w:tc>
          <w:tcPr>
            <w:tcW w:w="2160" w:type="dxa"/>
          </w:tcPr>
          <w:p w14:paraId="187AEDBF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0DBDD075" w14:textId="77777777">
        <w:tc>
          <w:tcPr>
            <w:tcW w:w="2160" w:type="dxa"/>
          </w:tcPr>
          <w:p w14:paraId="6A0775DE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2160" w:type="dxa"/>
          </w:tcPr>
          <w:p w14:paraId="3B41A52F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1b. Diploma Istruzione sec. II gr. / A </w:t>
            </w: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Levels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(in alternativa)</w:t>
            </w:r>
          </w:p>
        </w:tc>
        <w:tc>
          <w:tcPr>
            <w:tcW w:w="2160" w:type="dxa"/>
          </w:tcPr>
          <w:p w14:paraId="606AC640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da 60 a 90 = 2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da 90 a 99 =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3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100/110 = 4 pp.</w:t>
            </w:r>
          </w:p>
        </w:tc>
        <w:tc>
          <w:tcPr>
            <w:tcW w:w="2160" w:type="dxa"/>
          </w:tcPr>
          <w:p w14:paraId="7B447EB5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61EAC2AC" w14:textId="77777777">
        <w:tc>
          <w:tcPr>
            <w:tcW w:w="2160" w:type="dxa"/>
          </w:tcPr>
          <w:p w14:paraId="45F2BECB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2160" w:type="dxa"/>
          </w:tcPr>
          <w:p w14:paraId="0C8E449F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2. Abilitazione all’Insegnamento scuola sec. </w:t>
            </w:r>
            <w:proofErr w:type="gramStart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II</w:t>
            </w:r>
            <w:proofErr w:type="gramEnd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grado</w:t>
            </w:r>
          </w:p>
        </w:tc>
        <w:tc>
          <w:tcPr>
            <w:tcW w:w="2160" w:type="dxa"/>
          </w:tcPr>
          <w:p w14:paraId="48EB3731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Voto 70-80 = 1 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Voto 81-90 = 2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Voto 91-100 = 3 pp.</w:t>
            </w:r>
          </w:p>
        </w:tc>
        <w:tc>
          <w:tcPr>
            <w:tcW w:w="2160" w:type="dxa"/>
          </w:tcPr>
          <w:p w14:paraId="02B12BD2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6F3990CF" w14:textId="77777777">
        <w:tc>
          <w:tcPr>
            <w:tcW w:w="2160" w:type="dxa"/>
          </w:tcPr>
          <w:p w14:paraId="063B20D9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160" w:type="dxa"/>
          </w:tcPr>
          <w:p w14:paraId="2567DF94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TOTALE SEZIONE A (A1 + A2 + A3) [MAX 13 PP.]</w:t>
            </w:r>
          </w:p>
        </w:tc>
        <w:tc>
          <w:tcPr>
            <w:tcW w:w="2160" w:type="dxa"/>
          </w:tcPr>
          <w:p w14:paraId="1CF8F3D4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60" w:type="dxa"/>
          </w:tcPr>
          <w:p w14:paraId="15AED54C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12868880" w14:textId="77777777">
        <w:tc>
          <w:tcPr>
            <w:tcW w:w="2160" w:type="dxa"/>
          </w:tcPr>
          <w:p w14:paraId="0E754AFD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160" w:type="dxa"/>
          </w:tcPr>
          <w:p w14:paraId="44CA9411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3. Certificazioni Linguistiche riconosciute (es. 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Cambridge, Trinity, Pearson, GCSE)</w:t>
            </w:r>
          </w:p>
        </w:tc>
        <w:tc>
          <w:tcPr>
            <w:tcW w:w="2160" w:type="dxa"/>
          </w:tcPr>
          <w:p w14:paraId="2A9F26F2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Livello B2 = 1 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Livello C1 = 2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Livello C2 = 3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Oltre = 4 pp.</w:t>
            </w:r>
          </w:p>
        </w:tc>
        <w:tc>
          <w:tcPr>
            <w:tcW w:w="2160" w:type="dxa"/>
          </w:tcPr>
          <w:p w14:paraId="36A5D26E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177329E4" w14:textId="77777777">
        <w:tc>
          <w:tcPr>
            <w:tcW w:w="2160" w:type="dxa"/>
          </w:tcPr>
          <w:p w14:paraId="4E2F555D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160" w:type="dxa"/>
          </w:tcPr>
          <w:p w14:paraId="08EAB9D7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4. Certificazioni Informatiche attestate (ECDL, </w:t>
            </w: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Pekit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Eipass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 LIM/Tablet, Google, Microsoft, ecc.)</w:t>
            </w:r>
          </w:p>
        </w:tc>
        <w:tc>
          <w:tcPr>
            <w:tcW w:w="2160" w:type="dxa"/>
          </w:tcPr>
          <w:p w14:paraId="2FE8138C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Da 1 a 4 pp.</w:t>
            </w:r>
          </w:p>
        </w:tc>
        <w:tc>
          <w:tcPr>
            <w:tcW w:w="2160" w:type="dxa"/>
          </w:tcPr>
          <w:p w14:paraId="75429C4D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7E7" w:rsidRPr="00B3313F" w14:paraId="13850340" w14:textId="77777777">
        <w:tc>
          <w:tcPr>
            <w:tcW w:w="2160" w:type="dxa"/>
          </w:tcPr>
          <w:p w14:paraId="381AC34E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160" w:type="dxa"/>
          </w:tcPr>
          <w:p w14:paraId="75C35901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5. Corsi Formazione/Aggiorname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nto certificati (min. 15 ore)</w:t>
            </w:r>
          </w:p>
        </w:tc>
        <w:tc>
          <w:tcPr>
            <w:tcW w:w="2160" w:type="dxa"/>
          </w:tcPr>
          <w:p w14:paraId="623A7B1D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Non Attinente = 1 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Attinente = 2 pp.</w:t>
            </w:r>
          </w:p>
        </w:tc>
        <w:tc>
          <w:tcPr>
            <w:tcW w:w="2160" w:type="dxa"/>
          </w:tcPr>
          <w:p w14:paraId="7891FC32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0BA195B3" w14:textId="77777777">
        <w:tc>
          <w:tcPr>
            <w:tcW w:w="2160" w:type="dxa"/>
          </w:tcPr>
          <w:p w14:paraId="70DA761B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2160" w:type="dxa"/>
          </w:tcPr>
          <w:p w14:paraId="07F1CB12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6. Titolo CELTA</w:t>
            </w:r>
          </w:p>
        </w:tc>
        <w:tc>
          <w:tcPr>
            <w:tcW w:w="2160" w:type="dxa"/>
          </w:tcPr>
          <w:p w14:paraId="62081C52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Voto C = 1 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Voto B = 2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Voto A = 3 pp. (Max 3 pp.)</w:t>
            </w:r>
          </w:p>
        </w:tc>
        <w:tc>
          <w:tcPr>
            <w:tcW w:w="2160" w:type="dxa"/>
          </w:tcPr>
          <w:p w14:paraId="6C336B20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1190CEE6" w14:textId="77777777">
        <w:tc>
          <w:tcPr>
            <w:tcW w:w="2160" w:type="dxa"/>
          </w:tcPr>
          <w:p w14:paraId="50F8BD3B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2160" w:type="dxa"/>
          </w:tcPr>
          <w:p w14:paraId="71806C07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7. Titolo IELTS</w:t>
            </w:r>
          </w:p>
        </w:tc>
        <w:tc>
          <w:tcPr>
            <w:tcW w:w="2160" w:type="dxa"/>
          </w:tcPr>
          <w:p w14:paraId="66BD4273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Good user = 1 p.</w:t>
            </w:r>
            <w:r w:rsidRPr="00B3313F">
              <w:rPr>
                <w:rFonts w:ascii="Times New Roman" w:hAnsi="Times New Roman" w:cs="Times New Roman"/>
                <w:sz w:val="20"/>
                <w:szCs w:val="20"/>
              </w:rPr>
              <w:br/>
              <w:t>Very Good user = 2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</w:rPr>
              <w:br/>
              <w:t>Expert user = 3 pp. (Max 3 pp.)</w:t>
            </w:r>
          </w:p>
        </w:tc>
        <w:tc>
          <w:tcPr>
            <w:tcW w:w="2160" w:type="dxa"/>
          </w:tcPr>
          <w:p w14:paraId="05AB2400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7E7" w:rsidRPr="00B3313F" w14:paraId="015A18B1" w14:textId="77777777">
        <w:tc>
          <w:tcPr>
            <w:tcW w:w="2160" w:type="dxa"/>
          </w:tcPr>
          <w:p w14:paraId="7B5DF830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B/B1</w:t>
            </w:r>
          </w:p>
        </w:tc>
        <w:tc>
          <w:tcPr>
            <w:tcW w:w="2160" w:type="dxa"/>
          </w:tcPr>
          <w:p w14:paraId="5F0730D6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TOTALE SEZIONE B / B1 [MAX 16 PP.]</w:t>
            </w:r>
          </w:p>
        </w:tc>
        <w:tc>
          <w:tcPr>
            <w:tcW w:w="2160" w:type="dxa"/>
          </w:tcPr>
          <w:p w14:paraId="31E9750F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60" w:type="dxa"/>
          </w:tcPr>
          <w:p w14:paraId="643C88D4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124B728A" w14:textId="77777777">
        <w:tc>
          <w:tcPr>
            <w:tcW w:w="2160" w:type="dxa"/>
          </w:tcPr>
          <w:p w14:paraId="7871F273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160" w:type="dxa"/>
          </w:tcPr>
          <w:p w14:paraId="466F0FCD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8. Esperienza di docenza per corsi B1 Preliminary</w:t>
            </w:r>
          </w:p>
        </w:tc>
        <w:tc>
          <w:tcPr>
            <w:tcW w:w="2160" w:type="dxa"/>
          </w:tcPr>
          <w:p w14:paraId="2DBE11C0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 p. ogni incarico (Max 5 pp. - 5 incarichi)</w:t>
            </w:r>
          </w:p>
        </w:tc>
        <w:tc>
          <w:tcPr>
            <w:tcW w:w="2160" w:type="dxa"/>
          </w:tcPr>
          <w:p w14:paraId="6FBBCA43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4582195B" w14:textId="77777777">
        <w:tc>
          <w:tcPr>
            <w:tcW w:w="2160" w:type="dxa"/>
          </w:tcPr>
          <w:p w14:paraId="7375D7E5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160" w:type="dxa"/>
          </w:tcPr>
          <w:p w14:paraId="0AE85C23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9. Esperienza di docenza per corsi B2 First</w:t>
            </w:r>
          </w:p>
        </w:tc>
        <w:tc>
          <w:tcPr>
            <w:tcW w:w="2160" w:type="dxa"/>
          </w:tcPr>
          <w:p w14:paraId="0F236C95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 p. ogni incarico (Max 5 pp. - 5 incarichi)</w:t>
            </w:r>
          </w:p>
        </w:tc>
        <w:tc>
          <w:tcPr>
            <w:tcW w:w="2160" w:type="dxa"/>
          </w:tcPr>
          <w:p w14:paraId="5D0936A4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3F29B7A9" w14:textId="77777777">
        <w:tc>
          <w:tcPr>
            <w:tcW w:w="2160" w:type="dxa"/>
          </w:tcPr>
          <w:p w14:paraId="2B13817D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160" w:type="dxa"/>
          </w:tcPr>
          <w:p w14:paraId="265B728D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10. Esperienza di docenz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 per corsi C1 Advanced</w:t>
            </w:r>
          </w:p>
        </w:tc>
        <w:tc>
          <w:tcPr>
            <w:tcW w:w="2160" w:type="dxa"/>
          </w:tcPr>
          <w:p w14:paraId="1D465268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 p. ogni incarico (Max 5 pp. - 5 incarichi)</w:t>
            </w:r>
          </w:p>
        </w:tc>
        <w:tc>
          <w:tcPr>
            <w:tcW w:w="2160" w:type="dxa"/>
          </w:tcPr>
          <w:p w14:paraId="2DD428B0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0FA735DE" w14:textId="77777777">
        <w:tc>
          <w:tcPr>
            <w:tcW w:w="2160" w:type="dxa"/>
          </w:tcPr>
          <w:p w14:paraId="3E77B26D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160" w:type="dxa"/>
          </w:tcPr>
          <w:p w14:paraId="1104C5E2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11. Esperienza di docenza per corsi di preparazione Oxford Test of English</w:t>
            </w:r>
          </w:p>
        </w:tc>
        <w:tc>
          <w:tcPr>
            <w:tcW w:w="2160" w:type="dxa"/>
          </w:tcPr>
          <w:p w14:paraId="7F28311C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 p. ogni incarico (Max 5 pp. - 5 incarichi)</w:t>
            </w:r>
          </w:p>
        </w:tc>
        <w:tc>
          <w:tcPr>
            <w:tcW w:w="2160" w:type="dxa"/>
          </w:tcPr>
          <w:p w14:paraId="43F10059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0AC7BAA2" w14:textId="77777777">
        <w:tc>
          <w:tcPr>
            <w:tcW w:w="2160" w:type="dxa"/>
          </w:tcPr>
          <w:p w14:paraId="1CCA4FD4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160" w:type="dxa"/>
          </w:tcPr>
          <w:p w14:paraId="18654B1D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TOTALE SEZIONE C [MAX 20 PP.]</w:t>
            </w:r>
          </w:p>
        </w:tc>
        <w:tc>
          <w:tcPr>
            <w:tcW w:w="2160" w:type="dxa"/>
          </w:tcPr>
          <w:p w14:paraId="00FF5BE0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60" w:type="dxa"/>
          </w:tcPr>
          <w:p w14:paraId="5F7446A9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226EF4CF" w14:textId="77777777">
        <w:tc>
          <w:tcPr>
            <w:tcW w:w="2160" w:type="dxa"/>
          </w:tcPr>
          <w:p w14:paraId="2B4F93BF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TOT</w:t>
            </w:r>
          </w:p>
        </w:tc>
        <w:tc>
          <w:tcPr>
            <w:tcW w:w="2160" w:type="dxa"/>
          </w:tcPr>
          <w:p w14:paraId="26E3D763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TOTALE MASSIMO 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PUNTEGGI SEZIONI A, B/B1 e C</w:t>
            </w:r>
          </w:p>
        </w:tc>
        <w:tc>
          <w:tcPr>
            <w:tcW w:w="2160" w:type="dxa"/>
          </w:tcPr>
          <w:p w14:paraId="0DCAB202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MAX 49 PP.</w:t>
            </w:r>
          </w:p>
        </w:tc>
        <w:tc>
          <w:tcPr>
            <w:tcW w:w="2160" w:type="dxa"/>
          </w:tcPr>
          <w:p w14:paraId="341B9D51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5B26E83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>Per facilitare il lavoro della Commissione, gli aspiranti sono pregati di evidenziare in grassetto nel CV il possesso dei titoli culturali e professionali che inseriscono nella presente Tabella.</w:t>
      </w:r>
    </w:p>
    <w:p w14:paraId="79464BBD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  <w:r w:rsidRPr="00B3313F">
        <w:rPr>
          <w:rFonts w:ascii="Times New Roman" w:hAnsi="Times New Roman" w:cs="Times New Roman"/>
          <w:sz w:val="20"/>
          <w:szCs w:val="20"/>
        </w:rPr>
        <w:t>Data ____________</w:t>
      </w:r>
      <w:r w:rsidRPr="00B3313F">
        <w:rPr>
          <w:rFonts w:ascii="Times New Roman" w:hAnsi="Times New Roman" w:cs="Times New Roman"/>
          <w:sz w:val="20"/>
          <w:szCs w:val="20"/>
        </w:rPr>
        <w:t>___                                FIRMA _______________________</w:t>
      </w:r>
    </w:p>
    <w:sectPr w:rsidR="00BD57E7" w:rsidRPr="00B3313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3313F"/>
    <w:rsid w:val="00B47730"/>
    <w:rsid w:val="00BD57E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99C350"/>
  <w14:defaultImageDpi w14:val="300"/>
  <w15:docId w15:val="{87C195C9-5AFB-40E2-BA7A-C5DF5318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danil</cp:lastModifiedBy>
  <cp:revision>2</cp:revision>
  <dcterms:created xsi:type="dcterms:W3CDTF">2026-09-21T09:59:00Z</dcterms:created>
  <dcterms:modified xsi:type="dcterms:W3CDTF">2026-09-21T09:59:00Z</dcterms:modified>
  <cp:category/>
</cp:coreProperties>
</file>